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F5213" w:rsidRDefault="00CF5213" w:rsidP="00DB1B39">
      <w:pPr>
        <w:spacing w:after="0" w:line="259" w:lineRule="auto"/>
        <w:ind w:firstLineChars="1950" w:firstLine="3315"/>
      </w:pPr>
    </w:p>
    <w:p w:rsidR="00CF5213" w:rsidRDefault="00DB1B39">
      <w:pPr>
        <w:spacing w:after="0" w:line="259" w:lineRule="auto"/>
        <w:jc w:val="center"/>
        <w:rPr>
          <w:lang w:eastAsia="ja-JP"/>
        </w:rPr>
      </w:pPr>
      <w:r>
        <w:rPr>
          <w:rFonts w:ascii="ＭＳ 明朝" w:eastAsia="ＭＳ 明朝" w:hAnsi="ＭＳ 明朝" w:cs="ＭＳ 明朝" w:hint="eastAsia"/>
          <w:b/>
          <w:color w:val="000000"/>
          <w:sz w:val="32"/>
          <w:lang w:eastAsia="ja-JP"/>
        </w:rPr>
        <w:t>呉花火大会</w:t>
      </w:r>
      <w:r>
        <w:rPr>
          <w:rFonts w:ascii="ＭＳ 明朝" w:eastAsia="ＭＳ 明朝" w:hAnsi="ＭＳ 明朝" w:cs="ＭＳ 明朝"/>
          <w:b/>
          <w:color w:val="000000"/>
          <w:sz w:val="32"/>
          <w:lang w:eastAsia="ja-JP"/>
        </w:rPr>
        <w:t>2026-KURE WINTER HANABI-</w:t>
      </w:r>
    </w:p>
    <w:p w:rsidR="00CF5213" w:rsidRDefault="00000000">
      <w:pPr>
        <w:spacing w:after="60" w:line="259" w:lineRule="auto"/>
        <w:jc w:val="center"/>
        <w:rPr>
          <w:lang w:eastAsia="ja-JP"/>
        </w:rPr>
      </w:pPr>
      <w:r>
        <w:rPr>
          <w:b/>
          <w:color w:val="000000"/>
          <w:sz w:val="26"/>
          <w:lang w:eastAsia="ja-JP"/>
        </w:rPr>
        <w:t>企業・団体 協賛のご案内</w:t>
      </w:r>
    </w:p>
    <w:p w:rsidR="000E7D2C" w:rsidRDefault="000E7D2C" w:rsidP="007F050E">
      <w:pPr>
        <w:spacing w:after="60" w:line="259" w:lineRule="auto"/>
        <w:jc w:val="center"/>
        <w:rPr>
          <w:rFonts w:ascii="ＭＳ 明朝" w:eastAsia="ＭＳ 明朝" w:hAnsi="ＭＳ 明朝" w:cs="ＭＳ 明朝"/>
          <w:b/>
          <w:bCs/>
          <w:sz w:val="24"/>
          <w:szCs w:val="24"/>
          <w:lang w:eastAsia="ja-JP"/>
        </w:rPr>
      </w:pPr>
    </w:p>
    <w:p w:rsidR="00CE7366" w:rsidRDefault="000E7D2C" w:rsidP="007F050E">
      <w:pPr>
        <w:spacing w:after="60" w:line="259" w:lineRule="auto"/>
        <w:jc w:val="center"/>
        <w:rPr>
          <w:rFonts w:ascii="ＭＳ 明朝" w:eastAsia="ＭＳ 明朝" w:hAnsi="ＭＳ 明朝" w:cs="ＭＳ 明朝"/>
          <w:b/>
          <w:bCs/>
          <w:sz w:val="24"/>
          <w:szCs w:val="24"/>
          <w:lang w:eastAsia="ja-JP"/>
        </w:rPr>
      </w:pPr>
      <w:r w:rsidRPr="000E7D2C">
        <w:rPr>
          <w:rFonts w:ascii="ＭＳ 明朝" w:eastAsia="ＭＳ 明朝" w:hAnsi="ＭＳ 明朝" w:cs="ＭＳ 明朝" w:hint="eastAsia"/>
          <w:b/>
          <w:bCs/>
          <w:sz w:val="24"/>
          <w:szCs w:val="24"/>
          <w:lang w:eastAsia="ja-JP"/>
        </w:rPr>
        <w:t>ひ</w:t>
      </w:r>
      <w:r w:rsidR="00B64E4C">
        <w:rPr>
          <w:rFonts w:ascii="ＭＳ 明朝" w:eastAsia="ＭＳ 明朝" w:hAnsi="ＭＳ 明朝" w:cs="ＭＳ 明朝" w:hint="eastAsia"/>
          <w:b/>
          <w:bCs/>
          <w:sz w:val="24"/>
          <w:szCs w:val="24"/>
          <w:lang w:eastAsia="ja-JP"/>
        </w:rPr>
        <w:t>さ</w:t>
      </w:r>
      <w:r w:rsidRPr="000E7D2C">
        <w:rPr>
          <w:rFonts w:ascii="ＭＳ 明朝" w:eastAsia="ＭＳ 明朝" w:hAnsi="ＭＳ 明朝" w:cs="ＭＳ 明朝" w:hint="eastAsia"/>
          <w:b/>
          <w:bCs/>
          <w:sz w:val="24"/>
          <w:szCs w:val="24"/>
          <w:lang w:eastAsia="ja-JP"/>
        </w:rPr>
        <w:t>しぶりじゃけぇ、ぶち上げようやぁ。みんなでつくる、呉の冬の花火。</w:t>
      </w:r>
    </w:p>
    <w:p w:rsidR="000E7D2C" w:rsidRPr="000E7D2C" w:rsidRDefault="000E7D2C" w:rsidP="007F050E">
      <w:pPr>
        <w:spacing w:after="60" w:line="259" w:lineRule="auto"/>
        <w:jc w:val="center"/>
        <w:rPr>
          <w:rFonts w:ascii="ＭＳ 明朝" w:eastAsia="ＭＳ 明朝" w:hAnsi="ＭＳ 明朝" w:cs="ＭＳ 明朝"/>
          <w:b/>
          <w:bCs/>
          <w:color w:val="000000"/>
          <w:sz w:val="24"/>
          <w:szCs w:val="24"/>
          <w:lang w:eastAsia="ja-JP"/>
        </w:rPr>
      </w:pPr>
    </w:p>
    <w:p w:rsidR="000E7D2C" w:rsidRPr="000E7D2C" w:rsidRDefault="000E7D2C" w:rsidP="00B64E4C">
      <w:pPr>
        <w:spacing w:after="60" w:line="259" w:lineRule="auto"/>
        <w:ind w:firstLineChars="50" w:firstLine="100"/>
        <w:rPr>
          <w:rFonts w:ascii="ＭＳ 明朝" w:eastAsia="ＭＳ 明朝" w:hAnsi="ＭＳ 明朝" w:cs="ＭＳ 明朝"/>
          <w:color w:val="000000"/>
          <w:sz w:val="20"/>
          <w:szCs w:val="20"/>
          <w:lang w:eastAsia="ja-JP"/>
        </w:rPr>
      </w:pPr>
      <w:r w:rsidRPr="000E7D2C">
        <w:rPr>
          <w:rFonts w:ascii="ＭＳ 明朝" w:eastAsia="ＭＳ 明朝" w:hAnsi="ＭＳ 明朝" w:cs="ＭＳ 明朝" w:hint="eastAsia"/>
          <w:color w:val="000000"/>
          <w:sz w:val="20"/>
          <w:szCs w:val="20"/>
          <w:lang w:eastAsia="ja-JP"/>
        </w:rPr>
        <w:t>このたび、地域の未来を担う高校生・大学生も企画・運営に参加する「呉花火大会</w:t>
      </w:r>
      <w:r w:rsidRPr="000E7D2C">
        <w:rPr>
          <w:rFonts w:ascii="ＭＳ 明朝" w:eastAsia="ＭＳ 明朝" w:hAnsi="ＭＳ 明朝" w:cs="ＭＳ 明朝"/>
          <w:color w:val="000000"/>
          <w:sz w:val="20"/>
          <w:szCs w:val="20"/>
          <w:lang w:eastAsia="ja-JP"/>
        </w:rPr>
        <w:t>2026 -KURE WINTER HANABI-</w:t>
      </w:r>
      <w:r w:rsidRPr="000E7D2C">
        <w:rPr>
          <w:rFonts w:ascii="ＭＳ 明朝" w:eastAsia="ＭＳ 明朝" w:hAnsi="ＭＳ 明朝" w:cs="ＭＳ 明朝" w:hint="eastAsia"/>
          <w:color w:val="000000"/>
          <w:sz w:val="20"/>
          <w:szCs w:val="20"/>
          <w:lang w:eastAsia="ja-JP"/>
        </w:rPr>
        <w:t>」を開催いたしま</w:t>
      </w:r>
      <w:r w:rsidR="001630D3">
        <w:rPr>
          <w:rFonts w:ascii="ＭＳ 明朝" w:eastAsia="ＭＳ 明朝" w:hAnsi="ＭＳ 明朝" w:cs="ＭＳ 明朝" w:hint="eastAsia"/>
          <w:color w:val="000000"/>
          <w:sz w:val="20"/>
          <w:szCs w:val="20"/>
          <w:lang w:eastAsia="ja-JP"/>
        </w:rPr>
        <w:t>す。</w:t>
      </w:r>
    </w:p>
    <w:p w:rsidR="00B64E4C" w:rsidRDefault="000E7D2C" w:rsidP="00B64E4C">
      <w:pPr>
        <w:spacing w:after="60" w:line="259" w:lineRule="auto"/>
        <w:rPr>
          <w:rFonts w:ascii="ＭＳ 明朝" w:eastAsia="ＭＳ 明朝" w:hAnsi="ＭＳ 明朝" w:cs="ＭＳ 明朝"/>
          <w:color w:val="000000"/>
          <w:sz w:val="20"/>
          <w:szCs w:val="20"/>
          <w:lang w:eastAsia="ja-JP"/>
        </w:rPr>
      </w:pPr>
      <w:r w:rsidRPr="000E7D2C">
        <w:rPr>
          <w:rFonts w:ascii="ＭＳ 明朝" w:eastAsia="ＭＳ 明朝" w:hAnsi="ＭＳ 明朝" w:cs="ＭＳ 明朝"/>
          <w:color w:val="000000"/>
          <w:sz w:val="20"/>
          <w:szCs w:val="20"/>
          <w:lang w:eastAsia="ja-JP"/>
        </w:rPr>
        <w:t xml:space="preserve"> </w:t>
      </w:r>
      <w:r w:rsidRPr="000E7D2C">
        <w:rPr>
          <w:rFonts w:ascii="ＭＳ 明朝" w:eastAsia="ＭＳ 明朝" w:hAnsi="ＭＳ 明朝" w:cs="ＭＳ 明朝" w:hint="eastAsia"/>
          <w:color w:val="000000"/>
          <w:sz w:val="20"/>
          <w:szCs w:val="20"/>
          <w:lang w:eastAsia="ja-JP"/>
        </w:rPr>
        <w:t>花火を楽しむだけではなく、学生たちが地域の魅力を学び、多くの人との交流を通じて地域への愛着を深めると</w:t>
      </w:r>
    </w:p>
    <w:p w:rsidR="000E7D2C" w:rsidRPr="000E7D2C" w:rsidRDefault="000E7D2C" w:rsidP="00B64E4C">
      <w:pPr>
        <w:spacing w:after="60" w:line="259" w:lineRule="auto"/>
        <w:rPr>
          <w:rFonts w:ascii="ＭＳ 明朝" w:eastAsia="ＭＳ 明朝" w:hAnsi="ＭＳ 明朝" w:cs="ＭＳ 明朝"/>
          <w:color w:val="000000"/>
          <w:sz w:val="20"/>
          <w:szCs w:val="20"/>
          <w:lang w:eastAsia="ja-JP"/>
        </w:rPr>
      </w:pPr>
      <w:r w:rsidRPr="000E7D2C">
        <w:rPr>
          <w:rFonts w:ascii="ＭＳ 明朝" w:eastAsia="ＭＳ 明朝" w:hAnsi="ＭＳ 明朝" w:cs="ＭＳ 明朝" w:hint="eastAsia"/>
          <w:color w:val="000000"/>
          <w:sz w:val="20"/>
          <w:szCs w:val="20"/>
          <w:lang w:eastAsia="ja-JP"/>
        </w:rPr>
        <w:t>ともに、世代を超えて人と人がつながり、市民みんなでつくり上げる花火大会を目指しています。</w:t>
      </w:r>
      <w:r w:rsidRPr="000E7D2C">
        <w:rPr>
          <w:rFonts w:ascii="ＭＳ 明朝" w:eastAsia="ＭＳ 明朝" w:hAnsi="ＭＳ 明朝" w:cs="ＭＳ 明朝"/>
          <w:color w:val="000000"/>
          <w:sz w:val="20"/>
          <w:szCs w:val="20"/>
          <w:lang w:eastAsia="ja-JP"/>
        </w:rPr>
        <w:t xml:space="preserve"> </w:t>
      </w:r>
      <w:r w:rsidRPr="000E7D2C">
        <w:rPr>
          <w:rFonts w:ascii="ＭＳ 明朝" w:eastAsia="ＭＳ 明朝" w:hAnsi="ＭＳ 明朝" w:cs="ＭＳ 明朝" w:hint="eastAsia"/>
          <w:color w:val="000000"/>
          <w:sz w:val="20"/>
          <w:szCs w:val="20"/>
          <w:lang w:eastAsia="ja-JP"/>
        </w:rPr>
        <w:t>冬の呉の夜空に、もう一度花火を。</w:t>
      </w:r>
      <w:r w:rsidRPr="000E7D2C">
        <w:rPr>
          <w:rFonts w:ascii="ＭＳ 明朝" w:eastAsia="ＭＳ 明朝" w:hAnsi="ＭＳ 明朝" w:cs="ＭＳ 明朝"/>
          <w:color w:val="000000"/>
          <w:sz w:val="20"/>
          <w:szCs w:val="20"/>
          <w:lang w:eastAsia="ja-JP"/>
        </w:rPr>
        <w:t xml:space="preserve"> </w:t>
      </w:r>
      <w:r w:rsidRPr="000E7D2C">
        <w:rPr>
          <w:rFonts w:ascii="ＭＳ 明朝" w:eastAsia="ＭＳ 明朝" w:hAnsi="ＭＳ 明朝" w:cs="ＭＳ 明朝" w:hint="eastAsia"/>
          <w:color w:val="000000"/>
          <w:sz w:val="20"/>
          <w:szCs w:val="20"/>
          <w:lang w:eastAsia="ja-JP"/>
        </w:rPr>
        <w:t>そして、この花火大会を次の世代へ。</w:t>
      </w:r>
      <w:r w:rsidRPr="000E7D2C">
        <w:rPr>
          <w:rFonts w:ascii="ＭＳ 明朝" w:eastAsia="ＭＳ 明朝" w:hAnsi="ＭＳ 明朝" w:cs="ＭＳ 明朝"/>
          <w:color w:val="000000"/>
          <w:sz w:val="20"/>
          <w:szCs w:val="20"/>
          <w:lang w:eastAsia="ja-JP"/>
        </w:rPr>
        <w:t xml:space="preserve"> </w:t>
      </w:r>
    </w:p>
    <w:p w:rsidR="00CF5213" w:rsidRPr="00B64E4C" w:rsidRDefault="000E7D2C" w:rsidP="00B64E4C">
      <w:pPr>
        <w:spacing w:after="60" w:line="259" w:lineRule="auto"/>
        <w:ind w:firstLineChars="50" w:firstLine="100"/>
        <w:rPr>
          <w:rFonts w:ascii="ＭＳ 明朝" w:eastAsia="ＭＳ 明朝" w:hAnsi="ＭＳ 明朝" w:cs="ＭＳ 明朝"/>
          <w:color w:val="000000"/>
          <w:sz w:val="20"/>
          <w:szCs w:val="20"/>
          <w:lang w:eastAsia="ja-JP"/>
        </w:rPr>
      </w:pPr>
      <w:r w:rsidRPr="000E7D2C">
        <w:rPr>
          <w:rFonts w:ascii="ＭＳ 明朝" w:eastAsia="ＭＳ 明朝" w:hAnsi="ＭＳ 明朝" w:cs="ＭＳ 明朝" w:hint="eastAsia"/>
          <w:color w:val="000000"/>
          <w:sz w:val="20"/>
          <w:szCs w:val="20"/>
          <w:lang w:eastAsia="ja-JP"/>
        </w:rPr>
        <w:t>本大会の趣旨にご賛同いただき、呉の賑わいと未来を一緒につくるパートナーとして、ご支援・ご協力をお願いいたします。</w:t>
      </w:r>
    </w:p>
    <w:p w:rsidR="00CE7366" w:rsidRPr="007F050E" w:rsidRDefault="00CE7366" w:rsidP="007F050E">
      <w:pPr>
        <w:spacing w:after="60" w:line="259" w:lineRule="auto"/>
        <w:jc w:val="center"/>
        <w:rPr>
          <w:color w:val="000000"/>
          <w:sz w:val="20"/>
          <w:szCs w:val="20"/>
          <w:lang w:eastAsia="ja-JP"/>
        </w:rPr>
      </w:pPr>
    </w:p>
    <w:tbl>
      <w:tblPr>
        <w:tblStyle w:val="afe"/>
        <w:tblW w:w="10201" w:type="dxa"/>
        <w:jc w:val="center"/>
        <w:tblLook w:val="04A0" w:firstRow="1" w:lastRow="0" w:firstColumn="1" w:lastColumn="0" w:noHBand="0" w:noVBand="1"/>
      </w:tblPr>
      <w:tblGrid>
        <w:gridCol w:w="1292"/>
        <w:gridCol w:w="3098"/>
        <w:gridCol w:w="850"/>
        <w:gridCol w:w="1624"/>
        <w:gridCol w:w="928"/>
        <w:gridCol w:w="708"/>
        <w:gridCol w:w="1701"/>
      </w:tblGrid>
      <w:tr w:rsidR="00CF5213" w:rsidRPr="00CE7366" w:rsidTr="002F28EE">
        <w:trPr>
          <w:trHeight w:val="289"/>
          <w:jc w:val="center"/>
        </w:trPr>
        <w:tc>
          <w:tcPr>
            <w:tcW w:w="1292" w:type="dxa"/>
            <w:tcBorders>
              <w:bottom w:val="single" w:sz="4" w:space="0" w:color="auto"/>
            </w:tcBorders>
            <w:shd w:val="clear" w:color="auto" w:fill="D9D9D9" w:themeFill="background1" w:themeFillShade="D9"/>
            <w:tcMar>
              <w:top w:w="55" w:type="dxa"/>
              <w:left w:w="55" w:type="dxa"/>
              <w:bottom w:w="55" w:type="dxa"/>
              <w:right w:w="55" w:type="dxa"/>
            </w:tcMar>
          </w:tcPr>
          <w:p w:rsidR="00CF5213" w:rsidRPr="00C54F6E" w:rsidRDefault="00000000" w:rsidP="00CE7366">
            <w:pPr>
              <w:jc w:val="center"/>
              <w:rPr>
                <w:rFonts w:ascii="ヒラギノ角ゴ ProN W6" w:eastAsia="ヒラギノ角ゴ ProN W6" w:hAnsi="ヒラギノ角ゴ ProN W6"/>
                <w:b/>
                <w:bCs/>
                <w:sz w:val="20"/>
                <w:szCs w:val="20"/>
              </w:rPr>
            </w:pPr>
            <w:proofErr w:type="spellStart"/>
            <w:r w:rsidRPr="00C54F6E">
              <w:rPr>
                <w:rFonts w:ascii="ヒラギノ角ゴ ProN W6" w:eastAsia="ヒラギノ角ゴ ProN W6" w:hAnsi="ヒラギノ角ゴ ProN W6"/>
                <w:b/>
                <w:bCs/>
                <w:sz w:val="20"/>
                <w:szCs w:val="20"/>
              </w:rPr>
              <w:t>開催</w:t>
            </w:r>
            <w:proofErr w:type="spellEnd"/>
          </w:p>
        </w:tc>
        <w:tc>
          <w:tcPr>
            <w:tcW w:w="8909" w:type="dxa"/>
            <w:gridSpan w:val="6"/>
            <w:tcMar>
              <w:top w:w="55" w:type="dxa"/>
              <w:left w:w="55" w:type="dxa"/>
              <w:bottom w:w="55" w:type="dxa"/>
              <w:right w:w="55" w:type="dxa"/>
            </w:tcMar>
          </w:tcPr>
          <w:p w:rsidR="00CF5213" w:rsidRPr="00CE7366" w:rsidRDefault="00000000" w:rsidP="00CE7366">
            <w:pPr>
              <w:ind w:firstLineChars="100" w:firstLine="200"/>
              <w:rPr>
                <w:rFonts w:ascii="ヒラギノ角ゴ ProN W3" w:eastAsia="ヒラギノ角ゴ ProN W3" w:hAnsi="ヒラギノ角ゴ ProN W3"/>
                <w:sz w:val="20"/>
                <w:szCs w:val="20"/>
                <w:lang w:eastAsia="ja-JP"/>
              </w:rPr>
            </w:pPr>
            <w:r w:rsidRPr="00CE7366">
              <w:rPr>
                <w:rFonts w:ascii="ヒラギノ角ゴ ProN W3" w:eastAsia="ヒラギノ角ゴ ProN W3" w:hAnsi="ヒラギノ角ゴ ProN W3"/>
                <w:sz w:val="20"/>
                <w:szCs w:val="20"/>
                <w:lang w:eastAsia="ja-JP"/>
              </w:rPr>
              <w:t>2026年1</w:t>
            </w:r>
            <w:r w:rsidR="00DB1B39">
              <w:rPr>
                <w:rFonts w:ascii="ヒラギノ角ゴ ProN W3" w:eastAsia="ヒラギノ角ゴ ProN W3" w:hAnsi="ヒラギノ角ゴ ProN W3"/>
                <w:sz w:val="20"/>
                <w:szCs w:val="20"/>
                <w:lang w:eastAsia="ja-JP"/>
              </w:rPr>
              <w:t>2</w:t>
            </w:r>
            <w:r w:rsidRPr="00CE7366">
              <w:rPr>
                <w:rFonts w:ascii="ヒラギノ角ゴ ProN W3" w:eastAsia="ヒラギノ角ゴ ProN W3" w:hAnsi="ヒラギノ角ゴ ProN W3"/>
                <w:sz w:val="20"/>
                <w:szCs w:val="20"/>
                <w:lang w:eastAsia="ja-JP"/>
              </w:rPr>
              <w:t>月</w:t>
            </w:r>
            <w:r w:rsidR="00DB1B39">
              <w:rPr>
                <w:rFonts w:ascii="ヒラギノ角ゴ ProN W3" w:eastAsia="ヒラギノ角ゴ ProN W3" w:hAnsi="ヒラギノ角ゴ ProN W3"/>
                <w:sz w:val="20"/>
                <w:szCs w:val="20"/>
                <w:lang w:eastAsia="ja-JP"/>
              </w:rPr>
              <w:t>19</w:t>
            </w:r>
            <w:r w:rsidRPr="00CE7366">
              <w:rPr>
                <w:rFonts w:ascii="ヒラギノ角ゴ ProN W3" w:eastAsia="ヒラギノ角ゴ ProN W3" w:hAnsi="ヒラギノ角ゴ ProN W3"/>
                <w:sz w:val="20"/>
                <w:szCs w:val="20"/>
                <w:lang w:eastAsia="ja-JP"/>
              </w:rPr>
              <w:t xml:space="preserve">日（土）11:00 </w:t>
            </w:r>
            <w:r w:rsidR="00DB1B39">
              <w:rPr>
                <w:rFonts w:ascii="ヒラギノ角ゴ ProN W3" w:eastAsia="ヒラギノ角ゴ ProN W3" w:hAnsi="ヒラギノ角ゴ ProN W3"/>
                <w:sz w:val="20"/>
                <w:szCs w:val="20"/>
                <w:lang w:eastAsia="ja-JP"/>
              </w:rPr>
              <w:t>-20:00</w:t>
            </w:r>
            <w:r w:rsidR="00DB1B39">
              <w:rPr>
                <w:rFonts w:ascii="ヒラギノ角ゴ ProN W3" w:eastAsia="ヒラギノ角ゴ ProN W3" w:hAnsi="ヒラギノ角ゴ ProN W3" w:hint="eastAsia"/>
                <w:sz w:val="20"/>
                <w:szCs w:val="20"/>
                <w:lang w:eastAsia="ja-JP"/>
              </w:rPr>
              <w:t xml:space="preserve">　</w:t>
            </w:r>
            <w:r w:rsidR="00DB1B39">
              <w:rPr>
                <w:rFonts w:ascii="ヒラギノ角ゴ ProN W3" w:eastAsia="ヒラギノ角ゴ ProN W3" w:hAnsi="ヒラギノ角ゴ ProN W3"/>
                <w:sz w:val="20"/>
                <w:szCs w:val="20"/>
                <w:lang w:eastAsia="ja-JP"/>
              </w:rPr>
              <w:t xml:space="preserve">18:30 </w:t>
            </w:r>
            <w:r w:rsidR="00DB1B39">
              <w:rPr>
                <w:rFonts w:ascii="ヒラギノ角ゴ ProN W3" w:eastAsia="ヒラギノ角ゴ ProN W3" w:hAnsi="ヒラギノ角ゴ ProN W3" w:hint="eastAsia"/>
                <w:sz w:val="20"/>
                <w:szCs w:val="20"/>
                <w:lang w:eastAsia="ja-JP"/>
              </w:rPr>
              <w:t>花火打ち上げ予定</w:t>
            </w:r>
            <w:r w:rsidRPr="00CE7366">
              <w:rPr>
                <w:rFonts w:ascii="ヒラギノ角ゴ ProN W3" w:eastAsia="ヒラギノ角ゴ ProN W3" w:hAnsi="ヒラギノ角ゴ ProN W3"/>
                <w:sz w:val="20"/>
                <w:szCs w:val="20"/>
                <w:lang w:eastAsia="ja-JP"/>
              </w:rPr>
              <w:t xml:space="preserve">　</w:t>
            </w:r>
          </w:p>
        </w:tc>
      </w:tr>
      <w:tr w:rsidR="002F28EE" w:rsidRPr="00CE7366" w:rsidTr="002F28EE">
        <w:trPr>
          <w:trHeight w:val="201"/>
          <w:jc w:val="center"/>
        </w:trPr>
        <w:tc>
          <w:tcPr>
            <w:tcW w:w="1292" w:type="dxa"/>
            <w:tcBorders>
              <w:top w:val="single" w:sz="4" w:space="0" w:color="auto"/>
            </w:tcBorders>
            <w:shd w:val="clear" w:color="auto" w:fill="D9D9D9" w:themeFill="background1" w:themeFillShade="D9"/>
            <w:tcMar>
              <w:top w:w="55" w:type="dxa"/>
              <w:left w:w="55" w:type="dxa"/>
              <w:bottom w:w="55" w:type="dxa"/>
              <w:right w:w="55" w:type="dxa"/>
            </w:tcMar>
          </w:tcPr>
          <w:p w:rsidR="002F28EE" w:rsidRPr="00C54F6E" w:rsidRDefault="002F28EE" w:rsidP="00CE7366">
            <w:pPr>
              <w:jc w:val="center"/>
              <w:rPr>
                <w:rFonts w:ascii="ヒラギノ角ゴ ProN W6" w:eastAsia="ヒラギノ角ゴ ProN W6" w:hAnsi="ヒラギノ角ゴ ProN W6"/>
                <w:b/>
                <w:bCs/>
                <w:sz w:val="20"/>
                <w:szCs w:val="20"/>
                <w:lang w:eastAsia="ja-JP"/>
              </w:rPr>
            </w:pPr>
            <w:proofErr w:type="spellStart"/>
            <w:r w:rsidRPr="00C54F6E">
              <w:rPr>
                <w:rFonts w:ascii="ヒラギノ角ゴ ProN W6" w:eastAsia="ヒラギノ角ゴ ProN W6" w:hAnsi="ヒラギノ角ゴ ProN W6"/>
                <w:b/>
                <w:bCs/>
                <w:sz w:val="20"/>
                <w:szCs w:val="20"/>
              </w:rPr>
              <w:t>会場</w:t>
            </w:r>
            <w:proofErr w:type="spellEnd"/>
          </w:p>
        </w:tc>
        <w:tc>
          <w:tcPr>
            <w:tcW w:w="3098" w:type="dxa"/>
            <w:tcBorders>
              <w:right w:val="single" w:sz="4" w:space="0" w:color="auto"/>
            </w:tcBorders>
            <w:tcMar>
              <w:top w:w="55" w:type="dxa"/>
              <w:left w:w="55" w:type="dxa"/>
              <w:bottom w:w="55" w:type="dxa"/>
              <w:right w:w="55" w:type="dxa"/>
            </w:tcMar>
          </w:tcPr>
          <w:p w:rsidR="002F28EE" w:rsidRPr="002F28EE" w:rsidRDefault="002F28EE" w:rsidP="002F28EE">
            <w:pPr>
              <w:pStyle w:val="p1"/>
              <w:jc w:val="center"/>
              <w:rPr>
                <w:rFonts w:ascii="ヒラギノ角ゴ ProN W3" w:eastAsia="ヒラギノ角ゴ ProN W3" w:hAnsi="ヒラギノ角ゴ ProN W3"/>
              </w:rPr>
            </w:pPr>
            <w:r w:rsidRPr="002F28EE">
              <w:rPr>
                <w:rFonts w:ascii="ヒラギノ角ゴ ProN W3" w:eastAsia="ヒラギノ角ゴ ProN W3" w:hAnsi="ヒラギノ角ゴ ProN W3"/>
              </w:rPr>
              <w:t>大和ミュージアム周辺</w:t>
            </w:r>
          </w:p>
        </w:tc>
        <w:tc>
          <w:tcPr>
            <w:tcW w:w="850" w:type="dxa"/>
            <w:tcBorders>
              <w:left w:val="single" w:sz="4" w:space="0" w:color="auto"/>
              <w:bottom w:val="single" w:sz="4" w:space="0" w:color="auto"/>
              <w:right w:val="single" w:sz="4" w:space="0" w:color="auto"/>
            </w:tcBorders>
            <w:shd w:val="clear" w:color="auto" w:fill="D9D9D9" w:themeFill="background1" w:themeFillShade="D9"/>
            <w:vAlign w:val="center"/>
          </w:tcPr>
          <w:p w:rsidR="002F28EE" w:rsidRPr="00C54F6E" w:rsidRDefault="002F28EE" w:rsidP="002F28EE">
            <w:pPr>
              <w:jc w:val="center"/>
              <w:rPr>
                <w:rFonts w:ascii="ヒラギノ角ゴ ProN W6" w:eastAsia="ヒラギノ角ゴ ProN W6" w:hAnsi="ヒラギノ角ゴ ProN W6"/>
                <w:b/>
                <w:bCs/>
                <w:sz w:val="20"/>
                <w:szCs w:val="20"/>
                <w:lang w:eastAsia="ja-JP"/>
              </w:rPr>
            </w:pPr>
            <w:r>
              <w:rPr>
                <w:rFonts w:ascii="ヒラギノ角ゴ ProN W6" w:eastAsia="ヒラギノ角ゴ ProN W6" w:hAnsi="ヒラギノ角ゴ ProN W6" w:hint="eastAsia"/>
                <w:b/>
                <w:bCs/>
                <w:sz w:val="20"/>
                <w:szCs w:val="20"/>
                <w:lang w:eastAsia="ja-JP"/>
              </w:rPr>
              <w:t>主催</w:t>
            </w:r>
          </w:p>
        </w:tc>
        <w:tc>
          <w:tcPr>
            <w:tcW w:w="2552" w:type="dxa"/>
            <w:gridSpan w:val="2"/>
            <w:tcBorders>
              <w:left w:val="single" w:sz="4" w:space="0" w:color="auto"/>
            </w:tcBorders>
          </w:tcPr>
          <w:p w:rsidR="002F28EE" w:rsidRPr="00CE7366" w:rsidRDefault="002F28EE" w:rsidP="002F28EE">
            <w:pPr>
              <w:jc w:val="center"/>
              <w:rPr>
                <w:rFonts w:ascii="ヒラギノ角ゴ ProN W3" w:eastAsia="ヒラギノ角ゴ ProN W3" w:hAnsi="ヒラギノ角ゴ ProN W3"/>
                <w:sz w:val="20"/>
                <w:szCs w:val="20"/>
                <w:lang w:eastAsia="ja-JP"/>
              </w:rPr>
            </w:pPr>
            <w:r>
              <w:rPr>
                <w:rFonts w:ascii="ヒラギノ角ゴ ProN W3" w:eastAsia="ヒラギノ角ゴ ProN W3" w:hAnsi="ヒラギノ角ゴ ProN W3" w:hint="eastAsia"/>
                <w:sz w:val="20"/>
                <w:szCs w:val="20"/>
                <w:lang w:eastAsia="ja-JP"/>
              </w:rPr>
              <w:t>呉花火大会</w:t>
            </w:r>
            <w:r w:rsidRPr="00CE7366">
              <w:rPr>
                <w:rFonts w:ascii="ヒラギノ角ゴ ProN W3" w:eastAsia="ヒラギノ角ゴ ProN W3" w:hAnsi="ヒラギノ角ゴ ProN W3" w:hint="eastAsia"/>
                <w:sz w:val="20"/>
                <w:szCs w:val="20"/>
                <w:lang w:eastAsia="ja-JP"/>
              </w:rPr>
              <w:t>実</w:t>
            </w:r>
            <w:r w:rsidRPr="00CE7366">
              <w:rPr>
                <w:rFonts w:ascii="ヒラギノ角ゴ ProN W3" w:eastAsia="ヒラギノ角ゴ ProN W3" w:hAnsi="ヒラギノ角ゴ ProN W3"/>
                <w:sz w:val="20"/>
                <w:szCs w:val="20"/>
                <w:lang w:eastAsia="ja-JP"/>
              </w:rPr>
              <w:t>行委員会</w:t>
            </w:r>
          </w:p>
        </w:tc>
        <w:tc>
          <w:tcPr>
            <w:tcW w:w="708" w:type="dxa"/>
            <w:tcBorders>
              <w:left w:val="single" w:sz="4" w:space="0" w:color="auto"/>
            </w:tcBorders>
            <w:shd w:val="clear" w:color="auto" w:fill="D9D9D9" w:themeFill="background1" w:themeFillShade="D9"/>
          </w:tcPr>
          <w:p w:rsidR="002F28EE" w:rsidRPr="00CE7366" w:rsidRDefault="002F28EE" w:rsidP="002F28EE">
            <w:pPr>
              <w:jc w:val="center"/>
              <w:rPr>
                <w:rFonts w:ascii="ヒラギノ角ゴ ProN W3" w:eastAsia="ヒラギノ角ゴ ProN W3" w:hAnsi="ヒラギノ角ゴ ProN W3"/>
                <w:sz w:val="20"/>
                <w:szCs w:val="20"/>
                <w:lang w:eastAsia="ja-JP"/>
              </w:rPr>
            </w:pPr>
            <w:r>
              <w:rPr>
                <w:rFonts w:ascii="ヒラギノ角ゴ ProN W6" w:eastAsia="ヒラギノ角ゴ ProN W6" w:hAnsi="ヒラギノ角ゴ ProN W6" w:hint="eastAsia"/>
                <w:b/>
                <w:bCs/>
                <w:sz w:val="20"/>
                <w:szCs w:val="20"/>
                <w:lang w:eastAsia="ja-JP"/>
              </w:rPr>
              <w:t>共催</w:t>
            </w:r>
          </w:p>
        </w:tc>
        <w:tc>
          <w:tcPr>
            <w:tcW w:w="1701" w:type="dxa"/>
            <w:tcBorders>
              <w:left w:val="single" w:sz="4" w:space="0" w:color="auto"/>
            </w:tcBorders>
          </w:tcPr>
          <w:p w:rsidR="002F28EE" w:rsidRPr="00CE7366" w:rsidRDefault="002F28EE" w:rsidP="002F28EE">
            <w:pPr>
              <w:ind w:left="225"/>
              <w:rPr>
                <w:rFonts w:ascii="ヒラギノ角ゴ ProN W3" w:eastAsia="ヒラギノ角ゴ ProN W3" w:hAnsi="ヒラギノ角ゴ ProN W3"/>
                <w:sz w:val="20"/>
                <w:szCs w:val="20"/>
                <w:lang w:eastAsia="ja-JP"/>
              </w:rPr>
            </w:pPr>
            <w:r>
              <w:rPr>
                <w:rFonts w:ascii="ヒラギノ角ゴ ProN W3" w:eastAsia="ヒラギノ角ゴ ProN W3" w:hAnsi="ヒラギノ角ゴ ProN W3" w:hint="eastAsia"/>
                <w:sz w:val="20"/>
                <w:szCs w:val="20"/>
                <w:lang w:eastAsia="ja-JP"/>
              </w:rPr>
              <w:t>中国新聞社</w:t>
            </w:r>
          </w:p>
        </w:tc>
      </w:tr>
      <w:tr w:rsidR="002F28EE" w:rsidRPr="00CE7366" w:rsidTr="002F28EE">
        <w:trPr>
          <w:trHeight w:val="303"/>
          <w:jc w:val="center"/>
        </w:trPr>
        <w:tc>
          <w:tcPr>
            <w:tcW w:w="1292" w:type="dxa"/>
            <w:shd w:val="clear" w:color="auto" w:fill="D9D9D9" w:themeFill="background1" w:themeFillShade="D9"/>
            <w:tcMar>
              <w:top w:w="55" w:type="dxa"/>
              <w:left w:w="55" w:type="dxa"/>
              <w:bottom w:w="55" w:type="dxa"/>
              <w:right w:w="55" w:type="dxa"/>
            </w:tcMar>
          </w:tcPr>
          <w:p w:rsidR="002F28EE" w:rsidRPr="00C54F6E" w:rsidRDefault="002F28EE" w:rsidP="00CE7366">
            <w:pPr>
              <w:jc w:val="center"/>
              <w:rPr>
                <w:rFonts w:ascii="ヒラギノ角ゴ ProN W6" w:eastAsia="ヒラギノ角ゴ ProN W6" w:hAnsi="ヒラギノ角ゴ ProN W6"/>
                <w:b/>
                <w:bCs/>
                <w:sz w:val="20"/>
                <w:szCs w:val="20"/>
              </w:rPr>
            </w:pPr>
            <w:r>
              <w:rPr>
                <w:rFonts w:ascii="ヒラギノ角ゴ ProN W6" w:eastAsia="ヒラギノ角ゴ ProN W6" w:hAnsi="ヒラギノ角ゴ ProN W6"/>
                <w:b/>
                <w:bCs/>
                <w:sz w:val="20"/>
                <w:szCs w:val="20"/>
              </w:rPr>
              <w:t>HP</w:t>
            </w:r>
          </w:p>
        </w:tc>
        <w:tc>
          <w:tcPr>
            <w:tcW w:w="3098" w:type="dxa"/>
            <w:tcBorders>
              <w:right w:val="single" w:sz="4" w:space="0" w:color="auto"/>
            </w:tcBorders>
            <w:tcMar>
              <w:top w:w="55" w:type="dxa"/>
              <w:left w:w="55" w:type="dxa"/>
              <w:bottom w:w="55" w:type="dxa"/>
              <w:right w:w="55" w:type="dxa"/>
            </w:tcMar>
          </w:tcPr>
          <w:p w:rsidR="002F28EE" w:rsidRPr="00CE7366" w:rsidRDefault="002F28EE" w:rsidP="00CE7366">
            <w:pPr>
              <w:ind w:firstLineChars="100" w:firstLine="200"/>
              <w:rPr>
                <w:rFonts w:ascii="ヒラギノ角ゴ ProN W3" w:eastAsia="ヒラギノ角ゴ ProN W3" w:hAnsi="ヒラギノ角ゴ ProN W3"/>
                <w:sz w:val="20"/>
                <w:szCs w:val="20"/>
              </w:rPr>
            </w:pPr>
            <w:r>
              <w:rPr>
                <w:rFonts w:ascii="ヒラギノ角ゴ ProN W3" w:eastAsia="ヒラギノ角ゴ ProN W3" w:hAnsi="ヒラギノ角ゴ ProN W3"/>
                <w:sz w:val="20"/>
                <w:szCs w:val="20"/>
              </w:rPr>
              <w:t xml:space="preserve"> https://kurehanabi.com </w:t>
            </w:r>
            <w:r w:rsidRPr="00CE7366">
              <w:rPr>
                <w:rFonts w:ascii="ヒラギノ角ゴ ProN W3" w:eastAsia="ヒラギノ角ゴ ProN W3" w:hAnsi="ヒラギノ角ゴ ProN W3"/>
                <w:sz w:val="20"/>
                <w:szCs w:val="20"/>
              </w:rPr>
              <w:t xml:space="preserve">　</w:t>
            </w:r>
            <w:r>
              <w:rPr>
                <w:rFonts w:ascii="ヒラギノ角ゴ ProN W3" w:eastAsia="ヒラギノ角ゴ ProN W3" w:hAnsi="ヒラギノ角ゴ ProN W3"/>
                <w:b/>
                <w:bCs/>
                <w:sz w:val="20"/>
                <w:szCs w:val="20"/>
              </w:rPr>
              <w:t xml:space="preserve"> </w:t>
            </w:r>
          </w:p>
        </w:tc>
        <w:tc>
          <w:tcPr>
            <w:tcW w:w="2474" w:type="dxa"/>
            <w:gridSpan w:val="2"/>
            <w:tcBorders>
              <w:left w:val="single" w:sz="4" w:space="0" w:color="auto"/>
              <w:right w:val="single" w:sz="4" w:space="0" w:color="auto"/>
            </w:tcBorders>
            <w:shd w:val="clear" w:color="auto" w:fill="D9D9D9" w:themeFill="background1" w:themeFillShade="D9"/>
          </w:tcPr>
          <w:p w:rsidR="002F28EE" w:rsidRPr="002F28EE" w:rsidRDefault="002F28EE" w:rsidP="002F28EE">
            <w:pPr>
              <w:rPr>
                <w:rFonts w:ascii="ヒラギノ角ゴ ProN W3" w:eastAsia="ヒラギノ角ゴ ProN W3" w:hAnsi="ヒラギノ角ゴ ProN W3"/>
                <w:b/>
                <w:bCs/>
                <w:sz w:val="20"/>
                <w:szCs w:val="20"/>
              </w:rPr>
            </w:pPr>
            <w:r w:rsidRPr="002F28EE">
              <w:rPr>
                <w:rFonts w:ascii="ヒラギノ角ゴ ProN W3" w:eastAsia="ヒラギノ角ゴ ProN W3" w:hAnsi="ヒラギノ角ゴ ProN W3"/>
                <w:b/>
                <w:bCs/>
                <w:sz w:val="20"/>
                <w:szCs w:val="20"/>
              </w:rPr>
              <w:t>Email</w:t>
            </w:r>
          </w:p>
        </w:tc>
        <w:tc>
          <w:tcPr>
            <w:tcW w:w="3337" w:type="dxa"/>
            <w:gridSpan w:val="3"/>
            <w:tcBorders>
              <w:left w:val="single" w:sz="4" w:space="0" w:color="auto"/>
            </w:tcBorders>
          </w:tcPr>
          <w:p w:rsidR="002F28EE" w:rsidRPr="00CE7366" w:rsidRDefault="002F28EE" w:rsidP="002F28EE">
            <w:pPr>
              <w:rPr>
                <w:rFonts w:ascii="ヒラギノ角ゴ ProN W3" w:eastAsia="ヒラギノ角ゴ ProN W3" w:hAnsi="ヒラギノ角ゴ ProN W3"/>
                <w:sz w:val="20"/>
                <w:szCs w:val="20"/>
              </w:rPr>
            </w:pPr>
            <w:r w:rsidRPr="00CE7366">
              <w:rPr>
                <w:rFonts w:ascii="ヒラギノ角ゴ ProN W3" w:eastAsia="ヒラギノ角ゴ ProN W3" w:hAnsi="ヒラギノ角ゴ ProN W3"/>
                <w:sz w:val="20"/>
                <w:szCs w:val="20"/>
              </w:rPr>
              <w:t>info@</w:t>
            </w:r>
            <w:r>
              <w:rPr>
                <w:rFonts w:ascii="ヒラギノ角ゴ ProN W3" w:eastAsia="ヒラギノ角ゴ ProN W3" w:hAnsi="ヒラギノ角ゴ ProN W3"/>
                <w:sz w:val="20"/>
                <w:szCs w:val="20"/>
              </w:rPr>
              <w:t>kurehanabi.com</w:t>
            </w:r>
          </w:p>
        </w:tc>
      </w:tr>
      <w:tr w:rsidR="00DB1B39" w:rsidRPr="00CE7366" w:rsidTr="002F28EE">
        <w:trPr>
          <w:trHeight w:val="289"/>
          <w:jc w:val="center"/>
        </w:trPr>
        <w:tc>
          <w:tcPr>
            <w:tcW w:w="1292" w:type="dxa"/>
            <w:shd w:val="clear" w:color="auto" w:fill="D9D9D9" w:themeFill="background1" w:themeFillShade="D9"/>
            <w:tcMar>
              <w:top w:w="55" w:type="dxa"/>
              <w:left w:w="55" w:type="dxa"/>
              <w:bottom w:w="55" w:type="dxa"/>
              <w:right w:w="55" w:type="dxa"/>
            </w:tcMar>
          </w:tcPr>
          <w:p w:rsidR="00DB1B39" w:rsidRPr="00C54F6E" w:rsidRDefault="00DB1B39" w:rsidP="00CE7366">
            <w:pPr>
              <w:jc w:val="center"/>
              <w:rPr>
                <w:rFonts w:ascii="ヒラギノ角ゴ ProN W6" w:eastAsia="ヒラギノ角ゴ ProN W6" w:hAnsi="ヒラギノ角ゴ ProN W6"/>
                <w:b/>
                <w:bCs/>
                <w:sz w:val="20"/>
                <w:szCs w:val="20"/>
                <w:lang w:eastAsia="ja-JP"/>
              </w:rPr>
            </w:pPr>
            <w:r>
              <w:rPr>
                <w:rFonts w:ascii="ヒラギノ角ゴ ProN W6" w:eastAsia="ヒラギノ角ゴ ProN W6" w:hAnsi="ヒラギノ角ゴ ProN W6" w:hint="eastAsia"/>
                <w:b/>
                <w:bCs/>
                <w:sz w:val="20"/>
                <w:szCs w:val="20"/>
                <w:lang w:eastAsia="ja-JP"/>
              </w:rPr>
              <w:t>協賛問合せ</w:t>
            </w:r>
          </w:p>
        </w:tc>
        <w:tc>
          <w:tcPr>
            <w:tcW w:w="8909" w:type="dxa"/>
            <w:gridSpan w:val="6"/>
            <w:tcMar>
              <w:top w:w="55" w:type="dxa"/>
              <w:left w:w="55" w:type="dxa"/>
              <w:bottom w:w="55" w:type="dxa"/>
              <w:right w:w="55" w:type="dxa"/>
            </w:tcMar>
          </w:tcPr>
          <w:p w:rsidR="00DB1B39" w:rsidRPr="00E654EA" w:rsidRDefault="00DB1B39" w:rsidP="00E654EA">
            <w:pPr>
              <w:ind w:firstLineChars="100" w:firstLine="200"/>
              <w:rPr>
                <w:rFonts w:ascii="ヒラギノ角ゴ ProN W6" w:eastAsia="ヒラギノ角ゴ ProN W6" w:hAnsi="ヒラギノ角ゴ ProN W6"/>
                <w:b/>
                <w:bCs/>
                <w:sz w:val="20"/>
                <w:szCs w:val="20"/>
              </w:rPr>
            </w:pPr>
            <w:r w:rsidRPr="00E654EA">
              <w:rPr>
                <w:rFonts w:ascii="ヒラギノ角ゴ ProN W6" w:eastAsia="ヒラギノ角ゴ ProN W6" w:hAnsi="ヒラギノ角ゴ ProN W6" w:hint="eastAsia"/>
                <w:b/>
                <w:bCs/>
                <w:sz w:val="20"/>
                <w:szCs w:val="20"/>
              </w:rPr>
              <w:t>k</w:t>
            </w:r>
            <w:r w:rsidRPr="00E654EA">
              <w:rPr>
                <w:rFonts w:ascii="ヒラギノ角ゴ ProN W6" w:eastAsia="ヒラギノ角ゴ ProN W6" w:hAnsi="ヒラギノ角ゴ ProN W6"/>
                <w:b/>
                <w:bCs/>
                <w:sz w:val="20"/>
                <w:szCs w:val="20"/>
              </w:rPr>
              <w:t>ankou@city.kure.lg.jp</w:t>
            </w:r>
          </w:p>
        </w:tc>
      </w:tr>
    </w:tbl>
    <w:p w:rsidR="001630D3" w:rsidRDefault="001630D3" w:rsidP="001630D3">
      <w:pPr>
        <w:spacing w:before="80" w:after="60" w:line="259" w:lineRule="auto"/>
        <w:rPr>
          <w:rFonts w:ascii="Apple Color Emoji" w:eastAsia="ヒラギノ角ゴ ProN W3" w:hAnsi="Apple Color Emoji" w:cs="Apple Color Emoji"/>
          <w:b/>
          <w:bCs/>
          <w:color w:val="000000"/>
          <w:sz w:val="24"/>
          <w:lang w:eastAsia="ja-JP"/>
        </w:rPr>
      </w:pPr>
    </w:p>
    <w:p w:rsidR="00CF5213" w:rsidRPr="001630D3" w:rsidRDefault="001630D3" w:rsidP="001630D3">
      <w:pPr>
        <w:spacing w:before="80" w:after="60" w:line="259" w:lineRule="auto"/>
        <w:rPr>
          <w:rFonts w:ascii="ヒラギノ角ゴ ProN W3" w:eastAsia="ヒラギノ角ゴ ProN W3" w:hAnsi="ヒラギノ角ゴ ProN W3"/>
          <w:b/>
          <w:bCs/>
        </w:rPr>
      </w:pPr>
      <w:r w:rsidRPr="001630D3">
        <w:rPr>
          <w:rFonts w:ascii="Apple Color Emoji" w:eastAsia="ヒラギノ角ゴ ProN W3" w:hAnsi="Apple Color Emoji" w:cs="Apple Color Emoji" w:hint="eastAsia"/>
          <w:b/>
          <w:bCs/>
          <w:color w:val="000000"/>
          <w:sz w:val="24"/>
          <w:lang w:eastAsia="ja-JP"/>
        </w:rPr>
        <w:t>◼</w:t>
      </w:r>
      <w:r w:rsidRPr="001630D3">
        <w:rPr>
          <w:rFonts w:ascii="Apple Color Emoji" w:eastAsia="ヒラギノ角ゴ ProN W3" w:hAnsi="Apple Color Emoji" w:cs="Apple Color Emoji" w:hint="eastAsia"/>
          <w:b/>
          <w:bCs/>
          <w:color w:val="000000"/>
          <w:sz w:val="24"/>
          <w:lang w:eastAsia="ja-JP"/>
        </w:rPr>
        <w:t>︎</w:t>
      </w:r>
      <w:proofErr w:type="spellStart"/>
      <w:r w:rsidRPr="001630D3">
        <w:rPr>
          <w:rFonts w:ascii="ヒラギノ角ゴ ProN W3" w:eastAsia="ヒラギノ角ゴ ProN W3" w:hAnsi="ヒラギノ角ゴ ProN W3"/>
          <w:b/>
          <w:bCs/>
          <w:color w:val="000000"/>
          <w:sz w:val="24"/>
        </w:rPr>
        <w:t>協賛プラン</w:t>
      </w:r>
      <w:proofErr w:type="spellEnd"/>
    </w:p>
    <w:tbl>
      <w:tblPr>
        <w:tblStyle w:val="afe"/>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73"/>
        <w:gridCol w:w="2432"/>
        <w:gridCol w:w="6475"/>
      </w:tblGrid>
      <w:tr w:rsidR="00ED7734" w:rsidRPr="00CE7366" w:rsidTr="001630D3">
        <w:trPr>
          <w:trHeight w:val="329"/>
        </w:trPr>
        <w:tc>
          <w:tcPr>
            <w:tcW w:w="1273" w:type="dxa"/>
            <w:shd w:val="clear" w:color="auto" w:fill="D9D9D9" w:themeFill="background1" w:themeFillShade="D9"/>
            <w:vAlign w:val="center"/>
          </w:tcPr>
          <w:p w:rsidR="00CF5213" w:rsidRPr="00CE7366" w:rsidRDefault="00000000" w:rsidP="00CE7366">
            <w:pPr>
              <w:jc w:val="center"/>
              <w:rPr>
                <w:rFonts w:ascii="ヒラギノ角ゴ ProN W3" w:eastAsia="ヒラギノ角ゴ ProN W3" w:hAnsi="ヒラギノ角ゴ ProN W3"/>
                <w:b/>
                <w:bCs/>
              </w:rPr>
            </w:pPr>
            <w:proofErr w:type="spellStart"/>
            <w:r w:rsidRPr="00CE7366">
              <w:rPr>
                <w:rFonts w:ascii="ヒラギノ角ゴ ProN W3" w:eastAsia="ヒラギノ角ゴ ProN W3" w:hAnsi="ヒラギノ角ゴ ProN W3"/>
                <w:b/>
                <w:bCs/>
              </w:rPr>
              <w:t>金額</w:t>
            </w:r>
            <w:proofErr w:type="spellEnd"/>
          </w:p>
        </w:tc>
        <w:tc>
          <w:tcPr>
            <w:tcW w:w="2432" w:type="dxa"/>
            <w:shd w:val="clear" w:color="auto" w:fill="D9D9D9" w:themeFill="background1" w:themeFillShade="D9"/>
            <w:vAlign w:val="center"/>
          </w:tcPr>
          <w:p w:rsidR="00CF5213" w:rsidRPr="00CE7366" w:rsidRDefault="00000000" w:rsidP="00CE7366">
            <w:pPr>
              <w:jc w:val="center"/>
              <w:rPr>
                <w:rFonts w:ascii="ヒラギノ角ゴ ProN W3" w:eastAsia="ヒラギノ角ゴ ProN W3" w:hAnsi="ヒラギノ角ゴ ProN W3"/>
                <w:b/>
                <w:bCs/>
              </w:rPr>
            </w:pPr>
            <w:proofErr w:type="spellStart"/>
            <w:r w:rsidRPr="00CE7366">
              <w:rPr>
                <w:rFonts w:ascii="ヒラギノ角ゴ ProN W3" w:eastAsia="ヒラギノ角ゴ ProN W3" w:hAnsi="ヒラギノ角ゴ ProN W3"/>
                <w:b/>
                <w:bCs/>
              </w:rPr>
              <w:t>ランク</w:t>
            </w:r>
            <w:proofErr w:type="spellEnd"/>
          </w:p>
        </w:tc>
        <w:tc>
          <w:tcPr>
            <w:tcW w:w="6475" w:type="dxa"/>
            <w:shd w:val="clear" w:color="auto" w:fill="D9D9D9" w:themeFill="background1" w:themeFillShade="D9"/>
            <w:vAlign w:val="center"/>
          </w:tcPr>
          <w:p w:rsidR="00CF5213" w:rsidRPr="00CE7366" w:rsidRDefault="00000000" w:rsidP="00CE7366">
            <w:pPr>
              <w:jc w:val="center"/>
              <w:rPr>
                <w:rFonts w:ascii="ヒラギノ角ゴ ProN W3" w:eastAsia="ヒラギノ角ゴ ProN W3" w:hAnsi="ヒラギノ角ゴ ProN W3"/>
                <w:b/>
                <w:bCs/>
              </w:rPr>
            </w:pPr>
            <w:proofErr w:type="spellStart"/>
            <w:r w:rsidRPr="00CE7366">
              <w:rPr>
                <w:rFonts w:ascii="ヒラギノ角ゴ ProN W3" w:eastAsia="ヒラギノ角ゴ ProN W3" w:hAnsi="ヒラギノ角ゴ ProN W3"/>
                <w:b/>
                <w:bCs/>
              </w:rPr>
              <w:t>主な特典</w:t>
            </w:r>
            <w:proofErr w:type="spellEnd"/>
          </w:p>
        </w:tc>
      </w:tr>
      <w:tr w:rsidR="00CF5213" w:rsidRPr="00CE7366" w:rsidTr="001630D3">
        <w:trPr>
          <w:trHeight w:val="239"/>
        </w:trPr>
        <w:tc>
          <w:tcPr>
            <w:tcW w:w="1273" w:type="dxa"/>
            <w:tcMar>
              <w:top w:w="48" w:type="dxa"/>
              <w:left w:w="48" w:type="dxa"/>
              <w:bottom w:w="48" w:type="dxa"/>
              <w:right w:w="48" w:type="dxa"/>
            </w:tcMar>
            <w:vAlign w:val="center"/>
          </w:tcPr>
          <w:p w:rsidR="00CF5213" w:rsidRPr="00CE7366" w:rsidRDefault="00000000" w:rsidP="00CE7366">
            <w:pPr>
              <w:spacing w:line="252" w:lineRule="auto"/>
              <w:jc w:val="center"/>
              <w:rPr>
                <w:rFonts w:ascii="ヒラギノ角ゴ ProN W3" w:eastAsia="ヒラギノ角ゴ ProN W3" w:hAnsi="ヒラギノ角ゴ ProN W3"/>
                <w:b/>
                <w:bCs/>
              </w:rPr>
            </w:pPr>
            <w:r w:rsidRPr="00CE7366">
              <w:rPr>
                <w:rFonts w:ascii="ヒラギノ角ゴ ProN W3" w:eastAsia="ヒラギノ角ゴ ProN W3" w:hAnsi="ヒラギノ角ゴ ProN W3"/>
                <w:b/>
                <w:bCs/>
              </w:rPr>
              <w:t>1万円</w:t>
            </w:r>
          </w:p>
        </w:tc>
        <w:tc>
          <w:tcPr>
            <w:tcW w:w="2432" w:type="dxa"/>
            <w:tcMar>
              <w:top w:w="48" w:type="dxa"/>
              <w:left w:w="48" w:type="dxa"/>
              <w:bottom w:w="48" w:type="dxa"/>
              <w:right w:w="48" w:type="dxa"/>
            </w:tcMar>
            <w:vAlign w:val="center"/>
          </w:tcPr>
          <w:p w:rsidR="00CF5213" w:rsidRPr="00CE7366" w:rsidRDefault="00000000" w:rsidP="00CE7366">
            <w:pPr>
              <w:spacing w:line="252" w:lineRule="auto"/>
              <w:jc w:val="center"/>
              <w:rPr>
                <w:rFonts w:ascii="ヒラギノ角ゴ ProN W3" w:eastAsia="ヒラギノ角ゴ ProN W3" w:hAnsi="ヒラギノ角ゴ ProN W3"/>
                <w:lang w:eastAsia="ja-JP"/>
              </w:rPr>
            </w:pPr>
            <w:r w:rsidRPr="00CE7366">
              <w:rPr>
                <w:rFonts w:ascii="ヒラギノ角ゴ ProN W3" w:eastAsia="ヒラギノ角ゴ ProN W3" w:hAnsi="ヒラギノ角ゴ ProN W3"/>
                <w:b/>
                <w:bCs/>
              </w:rPr>
              <w:t>SUPPORTER</w:t>
            </w:r>
            <w:r w:rsidR="00CE7366">
              <w:rPr>
                <w:rFonts w:ascii="ヒラギノ角ゴ ProN W3" w:eastAsia="ヒラギノ角ゴ ProN W3" w:hAnsi="ヒラギノ角ゴ ProN W3"/>
              </w:rPr>
              <w:t>(</w:t>
            </w:r>
            <w:r w:rsidR="00CE7366">
              <w:rPr>
                <w:rFonts w:ascii="ヒラギノ角ゴ ProN W3" w:eastAsia="ヒラギノ角ゴ ProN W3" w:hAnsi="ヒラギノ角ゴ ProN W3" w:hint="eastAsia"/>
                <w:lang w:eastAsia="ja-JP"/>
              </w:rPr>
              <w:t>サポーター)</w:t>
            </w:r>
          </w:p>
        </w:tc>
        <w:tc>
          <w:tcPr>
            <w:tcW w:w="6475" w:type="dxa"/>
            <w:tcMar>
              <w:top w:w="48" w:type="dxa"/>
              <w:left w:w="48" w:type="dxa"/>
              <w:bottom w:w="48" w:type="dxa"/>
              <w:right w:w="48" w:type="dxa"/>
            </w:tcMar>
          </w:tcPr>
          <w:p w:rsidR="00CF5213" w:rsidRPr="00CE7366" w:rsidRDefault="004C3896" w:rsidP="00CE7366">
            <w:pPr>
              <w:spacing w:line="252" w:lineRule="auto"/>
              <w:ind w:firstLineChars="50" w:firstLine="85"/>
              <w:rPr>
                <w:rFonts w:ascii="ヒラギノ角ゴ ProN W3" w:eastAsia="ヒラギノ角ゴ ProN W3" w:hAnsi="ヒラギノ角ゴ ProN W3"/>
                <w:lang w:eastAsia="ja-JP"/>
              </w:rPr>
            </w:pPr>
            <w:r>
              <w:rPr>
                <w:rFonts w:ascii="ＭＳ 明朝" w:eastAsia="ＭＳ 明朝" w:hAnsi="ＭＳ 明朝" w:cs="ＭＳ 明朝" w:hint="eastAsia"/>
                <w:lang w:eastAsia="ja-JP"/>
              </w:rPr>
              <w:t>公式チラシに企業・団体名掲載</w:t>
            </w:r>
            <w:r>
              <w:rPr>
                <w:rFonts w:ascii="ＭＳ 明朝" w:eastAsia="ＭＳ 明朝" w:hAnsi="ＭＳ 明朝" w:cs="ＭＳ 明朝"/>
                <w:lang w:eastAsia="ja-JP"/>
              </w:rPr>
              <w:t xml:space="preserve"> /</w:t>
            </w:r>
            <w:r>
              <w:rPr>
                <w:rFonts w:cs="ＭＳ 明朝"/>
                <w:lang w:eastAsia="ja-JP"/>
              </w:rPr>
              <w:t xml:space="preserve"> </w:t>
            </w:r>
            <w:r>
              <w:rPr>
                <w:rFonts w:ascii="ＭＳ 明朝" w:eastAsia="ＭＳ 明朝" w:hAnsi="ＭＳ 明朝" w:cs="ＭＳ 明朝" w:hint="eastAsia"/>
                <w:lang w:eastAsia="ja-JP"/>
              </w:rPr>
              <w:t>公式</w:t>
            </w:r>
            <w:r>
              <w:rPr>
                <w:lang w:eastAsia="ja-JP"/>
              </w:rPr>
              <w:t>HP</w:t>
            </w:r>
            <w:r>
              <w:rPr>
                <w:rFonts w:ascii="ＭＳ 明朝" w:eastAsia="ＭＳ 明朝" w:hAnsi="ＭＳ 明朝" w:cs="ＭＳ 明朝" w:hint="eastAsia"/>
                <w:lang w:eastAsia="ja-JP"/>
              </w:rPr>
              <w:t>掲載</w:t>
            </w:r>
          </w:p>
        </w:tc>
      </w:tr>
      <w:tr w:rsidR="00CF5213" w:rsidRPr="00CE7366" w:rsidTr="001630D3">
        <w:trPr>
          <w:trHeight w:val="239"/>
        </w:trPr>
        <w:tc>
          <w:tcPr>
            <w:tcW w:w="1273" w:type="dxa"/>
            <w:tcMar>
              <w:top w:w="48" w:type="dxa"/>
              <w:left w:w="48" w:type="dxa"/>
              <w:bottom w:w="48" w:type="dxa"/>
              <w:right w:w="48" w:type="dxa"/>
            </w:tcMar>
            <w:vAlign w:val="center"/>
          </w:tcPr>
          <w:p w:rsidR="00CF5213" w:rsidRPr="00CE7366" w:rsidRDefault="00000000" w:rsidP="00CE7366">
            <w:pPr>
              <w:spacing w:line="252" w:lineRule="auto"/>
              <w:jc w:val="center"/>
              <w:rPr>
                <w:rFonts w:ascii="ヒラギノ角ゴ ProN W3" w:eastAsia="ヒラギノ角ゴ ProN W3" w:hAnsi="ヒラギノ角ゴ ProN W3"/>
                <w:b/>
                <w:bCs/>
              </w:rPr>
            </w:pPr>
            <w:r w:rsidRPr="00CE7366">
              <w:rPr>
                <w:rFonts w:ascii="ヒラギノ角ゴ ProN W3" w:eastAsia="ヒラギノ角ゴ ProN W3" w:hAnsi="ヒラギノ角ゴ ProN W3"/>
                <w:b/>
                <w:bCs/>
              </w:rPr>
              <w:t>5万円</w:t>
            </w:r>
          </w:p>
        </w:tc>
        <w:tc>
          <w:tcPr>
            <w:tcW w:w="2432" w:type="dxa"/>
            <w:tcMar>
              <w:top w:w="48" w:type="dxa"/>
              <w:left w:w="48" w:type="dxa"/>
              <w:bottom w:w="48" w:type="dxa"/>
              <w:right w:w="48" w:type="dxa"/>
            </w:tcMar>
            <w:vAlign w:val="center"/>
          </w:tcPr>
          <w:p w:rsidR="00CF5213" w:rsidRPr="00CE7366" w:rsidRDefault="00000000" w:rsidP="00CE7366">
            <w:pPr>
              <w:spacing w:line="252" w:lineRule="auto"/>
              <w:jc w:val="center"/>
              <w:rPr>
                <w:rFonts w:ascii="ヒラギノ角ゴ ProN W3" w:eastAsia="ヒラギノ角ゴ ProN W3" w:hAnsi="ヒラギノ角ゴ ProN W3"/>
                <w:lang w:eastAsia="ja-JP"/>
              </w:rPr>
            </w:pPr>
            <w:r w:rsidRPr="00CE7366">
              <w:rPr>
                <w:rFonts w:ascii="ヒラギノ角ゴ ProN W3" w:eastAsia="ヒラギノ角ゴ ProN W3" w:hAnsi="ヒラギノ角ゴ ProN W3"/>
                <w:b/>
                <w:bCs/>
                <w:lang w:eastAsia="ja-JP"/>
              </w:rPr>
              <w:t>BRONZE</w:t>
            </w:r>
            <w:r w:rsidR="00CE7366">
              <w:rPr>
                <w:rFonts w:ascii="ヒラギノ角ゴ ProN W3" w:eastAsia="ヒラギノ角ゴ ProN W3" w:hAnsi="ヒラギノ角ゴ ProN W3"/>
                <w:lang w:eastAsia="ja-JP"/>
              </w:rPr>
              <w:t>(</w:t>
            </w:r>
            <w:r w:rsidR="00CE7366">
              <w:rPr>
                <w:rFonts w:ascii="ヒラギノ角ゴ ProN W3" w:eastAsia="ヒラギノ角ゴ ProN W3" w:hAnsi="ヒラギノ角ゴ ProN W3" w:hint="eastAsia"/>
                <w:lang w:eastAsia="ja-JP"/>
              </w:rPr>
              <w:t>ブロンズ)</w:t>
            </w:r>
          </w:p>
        </w:tc>
        <w:tc>
          <w:tcPr>
            <w:tcW w:w="6475" w:type="dxa"/>
            <w:tcMar>
              <w:top w:w="48" w:type="dxa"/>
              <w:left w:w="48" w:type="dxa"/>
              <w:bottom w:w="48" w:type="dxa"/>
              <w:right w:w="48" w:type="dxa"/>
            </w:tcMar>
          </w:tcPr>
          <w:p w:rsidR="00CF5213" w:rsidRPr="00CE7366" w:rsidRDefault="004C3896" w:rsidP="00CE7366">
            <w:pPr>
              <w:spacing w:line="252" w:lineRule="auto"/>
              <w:ind w:firstLineChars="50" w:firstLine="85"/>
              <w:rPr>
                <w:rFonts w:ascii="ヒラギノ角ゴ ProN W3" w:eastAsia="ヒラギノ角ゴ ProN W3" w:hAnsi="ヒラギノ角ゴ ProN W3"/>
                <w:lang w:eastAsia="ja-JP"/>
              </w:rPr>
            </w:pPr>
            <w:r>
              <w:rPr>
                <w:rFonts w:ascii="ＭＳ 明朝" w:eastAsia="ＭＳ 明朝" w:hAnsi="ＭＳ 明朝" w:cs="ＭＳ 明朝" w:hint="eastAsia"/>
                <w:lang w:eastAsia="ja-JP"/>
              </w:rPr>
              <w:t>公式チラシに企業・団体名掲載</w:t>
            </w:r>
            <w:r>
              <w:rPr>
                <w:rFonts w:ascii="ＭＳ 明朝" w:eastAsia="ＭＳ 明朝" w:hAnsi="ＭＳ 明朝" w:cs="ＭＳ 明朝"/>
                <w:lang w:eastAsia="ja-JP"/>
              </w:rPr>
              <w:t xml:space="preserve"> /</w:t>
            </w:r>
            <w:r>
              <w:rPr>
                <w:lang w:eastAsia="ja-JP"/>
              </w:rPr>
              <w:t xml:space="preserve"> </w:t>
            </w:r>
            <w:r>
              <w:rPr>
                <w:rFonts w:ascii="ＭＳ 明朝" w:eastAsia="ＭＳ 明朝" w:hAnsi="ＭＳ 明朝" w:cs="ＭＳ 明朝" w:hint="eastAsia"/>
                <w:lang w:eastAsia="ja-JP"/>
              </w:rPr>
              <w:t>公式</w:t>
            </w:r>
            <w:r>
              <w:rPr>
                <w:lang w:eastAsia="ja-JP"/>
              </w:rPr>
              <w:t>HP</w:t>
            </w:r>
            <w:r>
              <w:rPr>
                <w:rFonts w:ascii="ＭＳ 明朝" w:eastAsia="ＭＳ 明朝" w:hAnsi="ＭＳ 明朝" w:cs="ＭＳ 明朝" w:hint="eastAsia"/>
                <w:lang w:eastAsia="ja-JP"/>
              </w:rPr>
              <w:t>掲載</w:t>
            </w:r>
          </w:p>
        </w:tc>
      </w:tr>
      <w:tr w:rsidR="00CF5213" w:rsidRPr="00CE7366" w:rsidTr="001630D3">
        <w:trPr>
          <w:trHeight w:val="239"/>
        </w:trPr>
        <w:tc>
          <w:tcPr>
            <w:tcW w:w="1273" w:type="dxa"/>
            <w:tcMar>
              <w:top w:w="48" w:type="dxa"/>
              <w:left w:w="48" w:type="dxa"/>
              <w:bottom w:w="48" w:type="dxa"/>
              <w:right w:w="48" w:type="dxa"/>
            </w:tcMar>
            <w:vAlign w:val="center"/>
          </w:tcPr>
          <w:p w:rsidR="00CF5213" w:rsidRPr="00CE7366" w:rsidRDefault="00000000" w:rsidP="00CE7366">
            <w:pPr>
              <w:spacing w:line="252" w:lineRule="auto"/>
              <w:jc w:val="center"/>
              <w:rPr>
                <w:rFonts w:ascii="ヒラギノ角ゴ ProN W3" w:eastAsia="ヒラギノ角ゴ ProN W3" w:hAnsi="ヒラギノ角ゴ ProN W3"/>
                <w:b/>
                <w:bCs/>
              </w:rPr>
            </w:pPr>
            <w:r w:rsidRPr="00CE7366">
              <w:rPr>
                <w:rFonts w:ascii="ヒラギノ角ゴ ProN W3" w:eastAsia="ヒラギノ角ゴ ProN W3" w:hAnsi="ヒラギノ角ゴ ProN W3"/>
                <w:b/>
                <w:bCs/>
              </w:rPr>
              <w:t>10万円</w:t>
            </w:r>
          </w:p>
        </w:tc>
        <w:tc>
          <w:tcPr>
            <w:tcW w:w="2432" w:type="dxa"/>
            <w:tcMar>
              <w:top w:w="48" w:type="dxa"/>
              <w:left w:w="48" w:type="dxa"/>
              <w:bottom w:w="48" w:type="dxa"/>
              <w:right w:w="48" w:type="dxa"/>
            </w:tcMar>
            <w:vAlign w:val="center"/>
          </w:tcPr>
          <w:p w:rsidR="00CF5213" w:rsidRPr="00CE7366" w:rsidRDefault="00000000" w:rsidP="00CE7366">
            <w:pPr>
              <w:spacing w:line="252" w:lineRule="auto"/>
              <w:jc w:val="center"/>
              <w:rPr>
                <w:rFonts w:ascii="ヒラギノ角ゴ ProN W3" w:eastAsia="ヒラギノ角ゴ ProN W3" w:hAnsi="ヒラギノ角ゴ ProN W3"/>
                <w:lang w:eastAsia="ja-JP"/>
              </w:rPr>
            </w:pPr>
            <w:r w:rsidRPr="00CE7366">
              <w:rPr>
                <w:rFonts w:ascii="ヒラギノ角ゴ ProN W3" w:eastAsia="ヒラギノ角ゴ ProN W3" w:hAnsi="ヒラギノ角ゴ ProN W3"/>
                <w:b/>
                <w:bCs/>
                <w:lang w:eastAsia="ja-JP"/>
              </w:rPr>
              <w:t>SILVER</w:t>
            </w:r>
            <w:r w:rsidR="00CE7366">
              <w:rPr>
                <w:rFonts w:ascii="ヒラギノ角ゴ ProN W3" w:eastAsia="ヒラギノ角ゴ ProN W3" w:hAnsi="ヒラギノ角ゴ ProN W3"/>
                <w:lang w:eastAsia="ja-JP"/>
              </w:rPr>
              <w:t>(</w:t>
            </w:r>
            <w:r w:rsidR="00CE7366">
              <w:rPr>
                <w:rFonts w:ascii="ヒラギノ角ゴ ProN W3" w:eastAsia="ヒラギノ角ゴ ProN W3" w:hAnsi="ヒラギノ角ゴ ProN W3" w:hint="eastAsia"/>
                <w:lang w:eastAsia="ja-JP"/>
              </w:rPr>
              <w:t>シルバー)</w:t>
            </w:r>
          </w:p>
        </w:tc>
        <w:tc>
          <w:tcPr>
            <w:tcW w:w="6475" w:type="dxa"/>
            <w:tcMar>
              <w:top w:w="48" w:type="dxa"/>
              <w:left w:w="48" w:type="dxa"/>
              <w:bottom w:w="48" w:type="dxa"/>
              <w:right w:w="48" w:type="dxa"/>
            </w:tcMar>
          </w:tcPr>
          <w:p w:rsidR="00CF5213" w:rsidRPr="00CE7366" w:rsidRDefault="004C3896" w:rsidP="00CE7366">
            <w:pPr>
              <w:spacing w:line="252" w:lineRule="auto"/>
              <w:ind w:firstLineChars="50" w:firstLine="85"/>
              <w:rPr>
                <w:rFonts w:ascii="ヒラギノ角ゴ ProN W3" w:eastAsia="ヒラギノ角ゴ ProN W3" w:hAnsi="ヒラギノ角ゴ ProN W3"/>
                <w:lang w:eastAsia="ja-JP"/>
              </w:rPr>
            </w:pPr>
            <w:r>
              <w:rPr>
                <w:rFonts w:ascii="ＭＳ 明朝" w:eastAsia="ＭＳ 明朝" w:hAnsi="ＭＳ 明朝" w:cs="ＭＳ 明朝" w:hint="eastAsia"/>
                <w:lang w:eastAsia="ja-JP"/>
              </w:rPr>
              <w:t>公式チラシ・ポスターに</w:t>
            </w:r>
            <w:r w:rsidRPr="004C3896">
              <w:rPr>
                <w:rStyle w:val="af8"/>
                <w:rFonts w:ascii="ＭＳ 明朝" w:eastAsia="ＭＳ 明朝" w:hAnsi="ＭＳ 明朝" w:cs="ＭＳ 明朝" w:hint="eastAsia"/>
                <w:b w:val="0"/>
                <w:bCs w:val="0"/>
                <w:lang w:eastAsia="ja-JP"/>
              </w:rPr>
              <w:t>ロゴ掲載</w:t>
            </w:r>
            <w:r>
              <w:rPr>
                <w:rStyle w:val="af8"/>
                <w:rFonts w:ascii="ＭＳ 明朝" w:eastAsia="ＭＳ 明朝" w:hAnsi="ＭＳ 明朝" w:cs="ＭＳ 明朝"/>
                <w:b w:val="0"/>
                <w:bCs w:val="0"/>
                <w:lang w:eastAsia="ja-JP"/>
              </w:rPr>
              <w:t xml:space="preserve"> </w:t>
            </w:r>
            <w:r>
              <w:rPr>
                <w:rFonts w:ascii="ＭＳ 明朝" w:eastAsia="ＭＳ 明朝" w:hAnsi="ＭＳ 明朝" w:cs="ＭＳ 明朝"/>
                <w:lang w:eastAsia="ja-JP"/>
              </w:rPr>
              <w:t>/</w:t>
            </w:r>
            <w:r>
              <w:rPr>
                <w:rFonts w:ascii="ＭＳ 明朝" w:eastAsia="ＭＳ 明朝" w:hAnsi="ＭＳ 明朝" w:cs="ＭＳ 明朝" w:hint="eastAsia"/>
                <w:lang w:eastAsia="ja-JP"/>
              </w:rPr>
              <w:t>公式</w:t>
            </w:r>
            <w:r>
              <w:rPr>
                <w:lang w:eastAsia="ja-JP"/>
              </w:rPr>
              <w:t>HP</w:t>
            </w:r>
            <w:r>
              <w:rPr>
                <w:rFonts w:ascii="ＭＳ 明朝" w:eastAsia="ＭＳ 明朝" w:hAnsi="ＭＳ 明朝" w:cs="ＭＳ 明朝" w:hint="eastAsia"/>
                <w:lang w:eastAsia="ja-JP"/>
              </w:rPr>
              <w:t>掲載</w:t>
            </w:r>
          </w:p>
        </w:tc>
      </w:tr>
      <w:tr w:rsidR="00CF5213" w:rsidRPr="00CE7366" w:rsidTr="001630D3">
        <w:trPr>
          <w:trHeight w:val="253"/>
        </w:trPr>
        <w:tc>
          <w:tcPr>
            <w:tcW w:w="1273" w:type="dxa"/>
            <w:tcMar>
              <w:top w:w="48" w:type="dxa"/>
              <w:left w:w="48" w:type="dxa"/>
              <w:bottom w:w="48" w:type="dxa"/>
              <w:right w:w="48" w:type="dxa"/>
            </w:tcMar>
            <w:vAlign w:val="center"/>
          </w:tcPr>
          <w:p w:rsidR="00CF5213" w:rsidRPr="00CE7366" w:rsidRDefault="00000000" w:rsidP="00CE7366">
            <w:pPr>
              <w:spacing w:line="252" w:lineRule="auto"/>
              <w:jc w:val="center"/>
              <w:rPr>
                <w:rFonts w:ascii="ヒラギノ角ゴ ProN W3" w:eastAsia="ヒラギノ角ゴ ProN W3" w:hAnsi="ヒラギノ角ゴ ProN W3"/>
                <w:b/>
                <w:bCs/>
              </w:rPr>
            </w:pPr>
            <w:r w:rsidRPr="00CE7366">
              <w:rPr>
                <w:rFonts w:ascii="ヒラギノ角ゴ ProN W3" w:eastAsia="ヒラギノ角ゴ ProN W3" w:hAnsi="ヒラギノ角ゴ ProN W3"/>
                <w:b/>
                <w:bCs/>
              </w:rPr>
              <w:t>30万円</w:t>
            </w:r>
          </w:p>
        </w:tc>
        <w:tc>
          <w:tcPr>
            <w:tcW w:w="2432" w:type="dxa"/>
            <w:tcMar>
              <w:top w:w="48" w:type="dxa"/>
              <w:left w:w="48" w:type="dxa"/>
              <w:bottom w:w="48" w:type="dxa"/>
              <w:right w:w="48" w:type="dxa"/>
            </w:tcMar>
            <w:vAlign w:val="center"/>
          </w:tcPr>
          <w:p w:rsidR="00CF5213" w:rsidRPr="00CE7366" w:rsidRDefault="00000000" w:rsidP="00CE7366">
            <w:pPr>
              <w:spacing w:line="252" w:lineRule="auto"/>
              <w:jc w:val="center"/>
              <w:rPr>
                <w:rFonts w:ascii="ヒラギノ角ゴ ProN W3" w:eastAsia="ヒラギノ角ゴ ProN W3" w:hAnsi="ヒラギノ角ゴ ProN W3"/>
              </w:rPr>
            </w:pPr>
            <w:r w:rsidRPr="00CE7366">
              <w:rPr>
                <w:rFonts w:ascii="ヒラギノ角ゴ ProN W3" w:eastAsia="ヒラギノ角ゴ ProN W3" w:hAnsi="ヒラギノ角ゴ ProN W3"/>
                <w:b/>
                <w:bCs/>
              </w:rPr>
              <w:t>GOLD</w:t>
            </w:r>
            <w:r w:rsidR="00CE7366">
              <w:rPr>
                <w:rFonts w:ascii="ヒラギノ角ゴ ProN W3" w:eastAsia="ヒラギノ角ゴ ProN W3" w:hAnsi="ヒラギノ角ゴ ProN W3"/>
                <w:lang w:eastAsia="ja-JP"/>
              </w:rPr>
              <w:t>(</w:t>
            </w:r>
            <w:r w:rsidR="00CE7366">
              <w:rPr>
                <w:rFonts w:ascii="ヒラギノ角ゴ ProN W3" w:eastAsia="ヒラギノ角ゴ ProN W3" w:hAnsi="ヒラギノ角ゴ ProN W3" w:hint="eastAsia"/>
                <w:lang w:eastAsia="ja-JP"/>
              </w:rPr>
              <w:t>ゴールド)</w:t>
            </w:r>
          </w:p>
        </w:tc>
        <w:tc>
          <w:tcPr>
            <w:tcW w:w="6475" w:type="dxa"/>
            <w:tcMar>
              <w:top w:w="48" w:type="dxa"/>
              <w:left w:w="48" w:type="dxa"/>
              <w:bottom w:w="48" w:type="dxa"/>
              <w:right w:w="48" w:type="dxa"/>
            </w:tcMar>
          </w:tcPr>
          <w:p w:rsidR="004C3896" w:rsidRDefault="004C3896" w:rsidP="00CE7366">
            <w:pPr>
              <w:spacing w:line="252" w:lineRule="auto"/>
              <w:ind w:firstLineChars="50" w:firstLine="85"/>
              <w:rPr>
                <w:lang w:eastAsia="ja-JP"/>
              </w:rPr>
            </w:pPr>
            <w:r w:rsidRPr="004C3896">
              <w:rPr>
                <w:rFonts w:ascii="ＭＳ 明朝" w:eastAsia="ＭＳ 明朝" w:hAnsi="ＭＳ 明朝" w:cs="ＭＳ 明朝" w:hint="eastAsia"/>
                <w:lang w:eastAsia="ja-JP"/>
              </w:rPr>
              <w:t>公式チラシ・ポスターに</w:t>
            </w:r>
            <w:r w:rsidRPr="004C3896">
              <w:rPr>
                <w:rStyle w:val="af8"/>
                <w:rFonts w:ascii="ＭＳ 明朝" w:eastAsia="ＭＳ 明朝" w:hAnsi="ＭＳ 明朝" w:cs="ＭＳ 明朝" w:hint="eastAsia"/>
                <w:b w:val="0"/>
                <w:bCs w:val="0"/>
                <w:lang w:eastAsia="ja-JP"/>
              </w:rPr>
              <w:t>ロゴ掲載</w:t>
            </w:r>
            <w:r>
              <w:rPr>
                <w:rStyle w:val="af8"/>
                <w:rFonts w:ascii="ＭＳ 明朝" w:eastAsia="ＭＳ 明朝" w:hAnsi="ＭＳ 明朝" w:cs="ＭＳ 明朝"/>
                <w:b w:val="0"/>
                <w:bCs w:val="0"/>
                <w:lang w:eastAsia="ja-JP"/>
              </w:rPr>
              <w:t xml:space="preserve"> </w:t>
            </w:r>
            <w:r>
              <w:rPr>
                <w:rFonts w:ascii="ＭＳ 明朝" w:eastAsia="ＭＳ 明朝" w:hAnsi="ＭＳ 明朝" w:cs="ＭＳ 明朝"/>
                <w:lang w:eastAsia="ja-JP"/>
              </w:rPr>
              <w:t>/</w:t>
            </w:r>
            <w:r w:rsidRPr="004C3896">
              <w:rPr>
                <w:rFonts w:ascii="ＭＳ 明朝" w:eastAsia="ＭＳ 明朝" w:hAnsi="ＭＳ 明朝" w:cs="ＭＳ 明朝" w:hint="eastAsia"/>
                <w:lang w:eastAsia="ja-JP"/>
              </w:rPr>
              <w:t>公式</w:t>
            </w:r>
            <w:r w:rsidRPr="004C3896">
              <w:rPr>
                <w:lang w:eastAsia="ja-JP"/>
              </w:rPr>
              <w:t>HP</w:t>
            </w:r>
            <w:r w:rsidRPr="004C3896">
              <w:rPr>
                <w:rFonts w:ascii="ＭＳ 明朝" w:eastAsia="ＭＳ 明朝" w:hAnsi="ＭＳ 明朝" w:cs="ＭＳ 明朝" w:hint="eastAsia"/>
                <w:lang w:eastAsia="ja-JP"/>
              </w:rPr>
              <w:t>掲載</w:t>
            </w:r>
            <w:r>
              <w:rPr>
                <w:rFonts w:ascii="ＭＳ 明朝" w:eastAsia="ＭＳ 明朝" w:hAnsi="ＭＳ 明朝" w:cs="ＭＳ 明朝"/>
                <w:lang w:eastAsia="ja-JP"/>
              </w:rPr>
              <w:t xml:space="preserve"> /</w:t>
            </w:r>
            <w:r w:rsidRPr="004C3896">
              <w:rPr>
                <w:rStyle w:val="af8"/>
                <w:rFonts w:ascii="ＭＳ 明朝" w:eastAsia="ＭＳ 明朝" w:hAnsi="ＭＳ 明朝" w:cs="ＭＳ 明朝" w:hint="eastAsia"/>
                <w:b w:val="0"/>
                <w:bCs w:val="0"/>
                <w:lang w:eastAsia="ja-JP"/>
              </w:rPr>
              <w:t>メッセージ花火</w:t>
            </w:r>
            <w:r w:rsidRPr="004C3896">
              <w:rPr>
                <w:rStyle w:val="af8"/>
                <w:b w:val="0"/>
                <w:bCs w:val="0"/>
                <w:lang w:eastAsia="ja-JP"/>
              </w:rPr>
              <w:t xml:space="preserve"> </w:t>
            </w:r>
            <w:r w:rsidRPr="004C3896">
              <w:rPr>
                <w:rStyle w:val="af8"/>
                <w:rFonts w:ascii="ＭＳ 明朝" w:eastAsia="ＭＳ 明朝" w:hAnsi="ＭＳ 明朝" w:cs="ＭＳ 明朝" w:hint="eastAsia"/>
                <w:b w:val="0"/>
                <w:bCs w:val="0"/>
                <w:lang w:eastAsia="ja-JP"/>
              </w:rPr>
              <w:t>約</w:t>
            </w:r>
            <w:r w:rsidRPr="004C3896">
              <w:rPr>
                <w:rStyle w:val="af8"/>
                <w:b w:val="0"/>
                <w:bCs w:val="0"/>
                <w:lang w:eastAsia="ja-JP"/>
              </w:rPr>
              <w:t>40</w:t>
            </w:r>
            <w:r w:rsidRPr="004C3896">
              <w:rPr>
                <w:rStyle w:val="af8"/>
                <w:rFonts w:ascii="ＭＳ 明朝" w:eastAsia="ＭＳ 明朝" w:hAnsi="ＭＳ 明朝" w:cs="ＭＳ 明朝" w:hint="eastAsia"/>
                <w:b w:val="0"/>
                <w:bCs w:val="0"/>
                <w:lang w:eastAsia="ja-JP"/>
              </w:rPr>
              <w:t>秒</w:t>
            </w:r>
          </w:p>
          <w:p w:rsidR="00CF5213" w:rsidRPr="004C3896" w:rsidRDefault="004C3896" w:rsidP="00CE7366">
            <w:pPr>
              <w:spacing w:line="252" w:lineRule="auto"/>
              <w:ind w:firstLineChars="50" w:firstLine="85"/>
              <w:rPr>
                <w:rFonts w:ascii="ヒラギノ角ゴ ProN W3" w:eastAsia="ヒラギノ角ゴ ProN W3" w:hAnsi="ヒラギノ角ゴ ProN W3"/>
                <w:lang w:eastAsia="ja-JP"/>
              </w:rPr>
            </w:pPr>
            <w:r w:rsidRPr="004C3896">
              <w:rPr>
                <w:rStyle w:val="af8"/>
                <w:rFonts w:ascii="ＭＳ 明朝" w:eastAsia="ＭＳ 明朝" w:hAnsi="ＭＳ 明朝" w:cs="ＭＳ 明朝" w:hint="eastAsia"/>
                <w:b w:val="0"/>
                <w:bCs w:val="0"/>
                <w:lang w:eastAsia="ja-JP"/>
              </w:rPr>
              <w:t>出店</w:t>
            </w:r>
            <w:r w:rsidRPr="004C3896">
              <w:rPr>
                <w:rStyle w:val="af8"/>
                <w:b w:val="0"/>
                <w:bCs w:val="0"/>
                <w:lang w:eastAsia="ja-JP"/>
              </w:rPr>
              <w:t>1</w:t>
            </w:r>
            <w:r w:rsidRPr="004C3896">
              <w:rPr>
                <w:rStyle w:val="af8"/>
                <w:rFonts w:ascii="ＭＳ 明朝" w:eastAsia="ＭＳ 明朝" w:hAnsi="ＭＳ 明朝" w:cs="ＭＳ 明朝" w:hint="eastAsia"/>
                <w:b w:val="0"/>
                <w:bCs w:val="0"/>
                <w:lang w:eastAsia="ja-JP"/>
              </w:rPr>
              <w:t>ブース可能</w:t>
            </w:r>
            <w:r>
              <w:rPr>
                <w:rStyle w:val="af8"/>
                <w:rFonts w:ascii="ＭＳ 明朝" w:eastAsia="ＭＳ 明朝" w:hAnsi="ＭＳ 明朝" w:cs="ＭＳ 明朝"/>
                <w:b w:val="0"/>
                <w:bCs w:val="0"/>
                <w:lang w:eastAsia="ja-JP"/>
              </w:rPr>
              <w:t xml:space="preserve">( </w:t>
            </w:r>
            <w:r w:rsidRPr="004C3896">
              <w:rPr>
                <w:rStyle w:val="af8"/>
                <w:rFonts w:asciiTheme="minorEastAsia" w:eastAsiaTheme="minorEastAsia" w:hAnsiTheme="minorEastAsia" w:cs="ＭＳ 明朝"/>
                <w:b w:val="0"/>
                <w:bCs w:val="0"/>
                <w:lang w:eastAsia="ja-JP"/>
              </w:rPr>
              <w:t xml:space="preserve">3m </w:t>
            </w:r>
            <w:r w:rsidRPr="004C3896">
              <w:rPr>
                <w:rStyle w:val="af8"/>
                <w:rFonts w:asciiTheme="minorEastAsia" w:eastAsiaTheme="minorEastAsia" w:hAnsiTheme="minorEastAsia" w:cs="ＭＳ 明朝" w:hint="eastAsia"/>
                <w:b w:val="0"/>
                <w:bCs w:val="0"/>
                <w:lang w:eastAsia="ja-JP"/>
              </w:rPr>
              <w:t>×</w:t>
            </w:r>
            <w:r>
              <w:rPr>
                <w:rStyle w:val="af8"/>
                <w:rFonts w:asciiTheme="minorEastAsia" w:eastAsiaTheme="minorEastAsia" w:hAnsiTheme="minorEastAsia" w:cs="ＭＳ 明朝"/>
                <w:b w:val="0"/>
                <w:bCs w:val="0"/>
                <w:lang w:eastAsia="ja-JP"/>
              </w:rPr>
              <w:t xml:space="preserve"> </w:t>
            </w:r>
            <w:r w:rsidRPr="004C3896">
              <w:rPr>
                <w:rStyle w:val="af8"/>
                <w:rFonts w:asciiTheme="minorEastAsia" w:eastAsiaTheme="minorEastAsia" w:hAnsiTheme="minorEastAsia" w:cs="ＭＳ 明朝"/>
                <w:b w:val="0"/>
                <w:bCs w:val="0"/>
                <w:lang w:eastAsia="ja-JP"/>
              </w:rPr>
              <w:t>3m</w:t>
            </w:r>
            <w:r>
              <w:rPr>
                <w:rStyle w:val="af8"/>
                <w:rFonts w:asciiTheme="minorEastAsia" w:eastAsiaTheme="minorEastAsia" w:hAnsiTheme="minorEastAsia" w:cs="ＭＳ 明朝"/>
                <w:b w:val="0"/>
                <w:bCs w:val="0"/>
                <w:lang w:eastAsia="ja-JP"/>
              </w:rPr>
              <w:t xml:space="preserve"> </w:t>
            </w:r>
            <w:r w:rsidRPr="004C3896">
              <w:rPr>
                <w:rStyle w:val="af8"/>
                <w:rFonts w:asciiTheme="minorEastAsia" w:eastAsiaTheme="minorEastAsia" w:hAnsiTheme="minorEastAsia" w:cs="ＭＳ 明朝"/>
                <w:b w:val="0"/>
                <w:bCs w:val="0"/>
                <w:lang w:eastAsia="ja-JP"/>
              </w:rPr>
              <w:t>)</w:t>
            </w:r>
          </w:p>
        </w:tc>
      </w:tr>
      <w:tr w:rsidR="00CF5213" w:rsidRPr="00CE7366" w:rsidTr="001630D3">
        <w:trPr>
          <w:trHeight w:val="239"/>
        </w:trPr>
        <w:tc>
          <w:tcPr>
            <w:tcW w:w="1273" w:type="dxa"/>
            <w:tcMar>
              <w:top w:w="48" w:type="dxa"/>
              <w:left w:w="48" w:type="dxa"/>
              <w:bottom w:w="48" w:type="dxa"/>
              <w:right w:w="48" w:type="dxa"/>
            </w:tcMar>
            <w:vAlign w:val="center"/>
          </w:tcPr>
          <w:p w:rsidR="00CF5213" w:rsidRPr="00CE7366" w:rsidRDefault="00000000" w:rsidP="00CE7366">
            <w:pPr>
              <w:spacing w:line="252" w:lineRule="auto"/>
              <w:jc w:val="center"/>
              <w:rPr>
                <w:rFonts w:ascii="ヒラギノ角ゴ ProN W3" w:eastAsia="ヒラギノ角ゴ ProN W3" w:hAnsi="ヒラギノ角ゴ ProN W3"/>
                <w:b/>
                <w:bCs/>
              </w:rPr>
            </w:pPr>
            <w:r w:rsidRPr="00CE7366">
              <w:rPr>
                <w:rFonts w:ascii="ヒラギノ角ゴ ProN W3" w:eastAsia="ヒラギノ角ゴ ProN W3" w:hAnsi="ヒラギノ角ゴ ProN W3"/>
                <w:b/>
                <w:bCs/>
              </w:rPr>
              <w:t>50万円</w:t>
            </w:r>
          </w:p>
        </w:tc>
        <w:tc>
          <w:tcPr>
            <w:tcW w:w="2432" w:type="dxa"/>
            <w:tcMar>
              <w:top w:w="48" w:type="dxa"/>
              <w:left w:w="48" w:type="dxa"/>
              <w:bottom w:w="48" w:type="dxa"/>
              <w:right w:w="48" w:type="dxa"/>
            </w:tcMar>
            <w:vAlign w:val="center"/>
          </w:tcPr>
          <w:p w:rsidR="00CF5213" w:rsidRPr="00CE7366" w:rsidRDefault="00000000" w:rsidP="00CE7366">
            <w:pPr>
              <w:spacing w:line="252" w:lineRule="auto"/>
              <w:jc w:val="center"/>
              <w:rPr>
                <w:rFonts w:ascii="ヒラギノ角ゴ ProN W3" w:eastAsia="ヒラギノ角ゴ ProN W3" w:hAnsi="ヒラギノ角ゴ ProN W3"/>
              </w:rPr>
            </w:pPr>
            <w:r w:rsidRPr="00CE7366">
              <w:rPr>
                <w:rFonts w:ascii="ヒラギノ角ゴ ProN W3" w:eastAsia="ヒラギノ角ゴ ProN W3" w:hAnsi="ヒラギノ角ゴ ProN W3"/>
                <w:b/>
                <w:bCs/>
              </w:rPr>
              <w:t>PLATINUM</w:t>
            </w:r>
            <w:r w:rsidR="00CE7366">
              <w:rPr>
                <w:rFonts w:ascii="ヒラギノ角ゴ ProN W3" w:eastAsia="ヒラギノ角ゴ ProN W3" w:hAnsi="ヒラギノ角ゴ ProN W3"/>
                <w:lang w:eastAsia="ja-JP"/>
              </w:rPr>
              <w:t>(</w:t>
            </w:r>
            <w:r w:rsidR="00CE7366">
              <w:rPr>
                <w:rFonts w:ascii="ヒラギノ角ゴ ProN W3" w:eastAsia="ヒラギノ角ゴ ProN W3" w:hAnsi="ヒラギノ角ゴ ProN W3" w:hint="eastAsia"/>
                <w:lang w:eastAsia="ja-JP"/>
              </w:rPr>
              <w:t>プラチナム)</w:t>
            </w:r>
          </w:p>
        </w:tc>
        <w:tc>
          <w:tcPr>
            <w:tcW w:w="6475" w:type="dxa"/>
            <w:tcMar>
              <w:top w:w="48" w:type="dxa"/>
              <w:left w:w="48" w:type="dxa"/>
              <w:bottom w:w="48" w:type="dxa"/>
              <w:right w:w="48" w:type="dxa"/>
            </w:tcMar>
          </w:tcPr>
          <w:p w:rsidR="004C3896" w:rsidRPr="004C3896" w:rsidRDefault="004C3896" w:rsidP="004C3896">
            <w:pPr>
              <w:spacing w:line="252" w:lineRule="auto"/>
              <w:ind w:firstLineChars="50" w:firstLine="85"/>
              <w:rPr>
                <w:b/>
                <w:bCs/>
                <w:lang w:eastAsia="ja-JP"/>
              </w:rPr>
            </w:pPr>
            <w:r w:rsidRPr="004C3896">
              <w:rPr>
                <w:rFonts w:ascii="ＭＳ 明朝" w:eastAsia="ＭＳ 明朝" w:hAnsi="ＭＳ 明朝" w:cs="ＭＳ 明朝" w:hint="eastAsia"/>
                <w:lang w:eastAsia="ja-JP"/>
              </w:rPr>
              <w:t>公式チラシ・ポスターに</w:t>
            </w:r>
            <w:r w:rsidRPr="004C3896">
              <w:rPr>
                <w:rStyle w:val="af8"/>
                <w:rFonts w:ascii="ＭＳ 明朝" w:eastAsia="ＭＳ 明朝" w:hAnsi="ＭＳ 明朝" w:cs="ＭＳ 明朝" w:hint="eastAsia"/>
                <w:b w:val="0"/>
                <w:bCs w:val="0"/>
                <w:lang w:eastAsia="ja-JP"/>
              </w:rPr>
              <w:t>ロゴ掲載</w:t>
            </w:r>
            <w:r>
              <w:rPr>
                <w:rStyle w:val="af8"/>
                <w:rFonts w:ascii="ＭＳ 明朝" w:eastAsia="ＭＳ 明朝" w:hAnsi="ＭＳ 明朝" w:cs="ＭＳ 明朝"/>
                <w:b w:val="0"/>
                <w:bCs w:val="0"/>
                <w:lang w:eastAsia="ja-JP"/>
              </w:rPr>
              <w:t xml:space="preserve"> </w:t>
            </w:r>
            <w:r>
              <w:rPr>
                <w:rFonts w:ascii="ＭＳ 明朝" w:eastAsia="ＭＳ 明朝" w:hAnsi="ＭＳ 明朝" w:cs="ＭＳ 明朝"/>
                <w:lang w:eastAsia="ja-JP"/>
              </w:rPr>
              <w:t>/</w:t>
            </w:r>
            <w:r w:rsidRPr="004C3896">
              <w:rPr>
                <w:rFonts w:ascii="ＭＳ 明朝" w:eastAsia="ＭＳ 明朝" w:hAnsi="ＭＳ 明朝" w:cs="ＭＳ 明朝" w:hint="eastAsia"/>
                <w:lang w:eastAsia="ja-JP"/>
              </w:rPr>
              <w:t>公式</w:t>
            </w:r>
            <w:r w:rsidRPr="004C3896">
              <w:rPr>
                <w:lang w:eastAsia="ja-JP"/>
              </w:rPr>
              <w:t>HP</w:t>
            </w:r>
            <w:r w:rsidRPr="004C3896">
              <w:rPr>
                <w:rFonts w:ascii="ＭＳ 明朝" w:eastAsia="ＭＳ 明朝" w:hAnsi="ＭＳ 明朝" w:cs="ＭＳ 明朝" w:hint="eastAsia"/>
                <w:lang w:eastAsia="ja-JP"/>
              </w:rPr>
              <w:t>掲載</w:t>
            </w:r>
            <w:r>
              <w:rPr>
                <w:rFonts w:ascii="ＭＳ 明朝" w:eastAsia="ＭＳ 明朝" w:hAnsi="ＭＳ 明朝" w:cs="ＭＳ 明朝"/>
                <w:lang w:eastAsia="ja-JP"/>
              </w:rPr>
              <w:t xml:space="preserve"> /</w:t>
            </w:r>
            <w:r w:rsidRPr="004C3896">
              <w:rPr>
                <w:rStyle w:val="af8"/>
                <w:rFonts w:ascii="ＭＳ 明朝" w:eastAsia="ＭＳ 明朝" w:hAnsi="ＭＳ 明朝" w:cs="ＭＳ 明朝" w:hint="eastAsia"/>
                <w:b w:val="0"/>
                <w:bCs w:val="0"/>
                <w:lang w:eastAsia="ja-JP"/>
              </w:rPr>
              <w:t>メッセージ花火</w:t>
            </w:r>
            <w:r w:rsidRPr="004C3896">
              <w:rPr>
                <w:rStyle w:val="af8"/>
                <w:b w:val="0"/>
                <w:bCs w:val="0"/>
                <w:lang w:eastAsia="ja-JP"/>
              </w:rPr>
              <w:t xml:space="preserve"> </w:t>
            </w:r>
            <w:r w:rsidRPr="004C3896">
              <w:rPr>
                <w:rStyle w:val="af8"/>
                <w:rFonts w:ascii="ＭＳ 明朝" w:eastAsia="ＭＳ 明朝" w:hAnsi="ＭＳ 明朝" w:cs="ＭＳ 明朝" w:hint="eastAsia"/>
                <w:b w:val="0"/>
                <w:bCs w:val="0"/>
                <w:lang w:eastAsia="ja-JP"/>
              </w:rPr>
              <w:t>約</w:t>
            </w:r>
            <w:r>
              <w:rPr>
                <w:rStyle w:val="af8"/>
                <w:b w:val="0"/>
                <w:bCs w:val="0"/>
                <w:lang w:eastAsia="ja-JP"/>
              </w:rPr>
              <w:t>1</w:t>
            </w:r>
            <w:r w:rsidRPr="004C3896">
              <w:rPr>
                <w:rStyle w:val="af8"/>
                <w:rFonts w:ascii="ＭＳ 明朝" w:eastAsia="ＭＳ 明朝" w:hAnsi="ＭＳ 明朝" w:cs="ＭＳ 明朝" w:hint="eastAsia"/>
                <w:b w:val="0"/>
                <w:bCs w:val="0"/>
                <w:lang w:eastAsia="ja-JP"/>
              </w:rPr>
              <w:t>分</w:t>
            </w:r>
          </w:p>
          <w:p w:rsidR="00CF5213" w:rsidRPr="00CE7366" w:rsidRDefault="004C3896" w:rsidP="004C3896">
            <w:pPr>
              <w:spacing w:line="252" w:lineRule="auto"/>
              <w:ind w:firstLineChars="50" w:firstLine="85"/>
              <w:rPr>
                <w:rFonts w:ascii="ヒラギノ角ゴ ProN W3" w:eastAsia="ヒラギノ角ゴ ProN W3" w:hAnsi="ヒラギノ角ゴ ProN W3"/>
                <w:lang w:eastAsia="ja-JP"/>
              </w:rPr>
            </w:pPr>
            <w:r w:rsidRPr="004C3896">
              <w:rPr>
                <w:rStyle w:val="af8"/>
                <w:rFonts w:ascii="ＭＳ 明朝" w:eastAsia="ＭＳ 明朝" w:hAnsi="ＭＳ 明朝" w:cs="ＭＳ 明朝" w:hint="eastAsia"/>
                <w:b w:val="0"/>
                <w:bCs w:val="0"/>
                <w:lang w:eastAsia="ja-JP"/>
              </w:rPr>
              <w:t>出店</w:t>
            </w:r>
            <w:r>
              <w:rPr>
                <w:rStyle w:val="af8"/>
                <w:b w:val="0"/>
                <w:bCs w:val="0"/>
                <w:lang w:eastAsia="ja-JP"/>
              </w:rPr>
              <w:t>2</w:t>
            </w:r>
            <w:r w:rsidRPr="004C3896">
              <w:rPr>
                <w:rStyle w:val="af8"/>
                <w:rFonts w:ascii="ＭＳ 明朝" w:eastAsia="ＭＳ 明朝" w:hAnsi="ＭＳ 明朝" w:cs="ＭＳ 明朝" w:hint="eastAsia"/>
                <w:b w:val="0"/>
                <w:bCs w:val="0"/>
                <w:lang w:eastAsia="ja-JP"/>
              </w:rPr>
              <w:t>ブース可能</w:t>
            </w:r>
            <w:r>
              <w:rPr>
                <w:rStyle w:val="af8"/>
                <w:rFonts w:ascii="ＭＳ 明朝" w:eastAsia="ＭＳ 明朝" w:hAnsi="ＭＳ 明朝" w:cs="ＭＳ 明朝"/>
                <w:b w:val="0"/>
                <w:bCs w:val="0"/>
                <w:lang w:eastAsia="ja-JP"/>
              </w:rPr>
              <w:t xml:space="preserve">( </w:t>
            </w:r>
            <w:r>
              <w:rPr>
                <w:rStyle w:val="af8"/>
                <w:rFonts w:asciiTheme="minorEastAsia" w:eastAsiaTheme="minorEastAsia" w:hAnsiTheme="minorEastAsia" w:cs="ＭＳ 明朝"/>
                <w:b w:val="0"/>
                <w:bCs w:val="0"/>
                <w:lang w:eastAsia="ja-JP"/>
              </w:rPr>
              <w:t>6</w:t>
            </w:r>
            <w:r w:rsidRPr="004C3896">
              <w:rPr>
                <w:rStyle w:val="af8"/>
                <w:rFonts w:asciiTheme="minorEastAsia" w:eastAsiaTheme="minorEastAsia" w:hAnsiTheme="minorEastAsia" w:cs="ＭＳ 明朝"/>
                <w:b w:val="0"/>
                <w:bCs w:val="0"/>
                <w:lang w:eastAsia="ja-JP"/>
              </w:rPr>
              <w:t xml:space="preserve">m </w:t>
            </w:r>
            <w:r w:rsidRPr="004C3896">
              <w:rPr>
                <w:rStyle w:val="af8"/>
                <w:rFonts w:asciiTheme="minorEastAsia" w:eastAsiaTheme="minorEastAsia" w:hAnsiTheme="minorEastAsia" w:cs="ＭＳ 明朝" w:hint="eastAsia"/>
                <w:b w:val="0"/>
                <w:bCs w:val="0"/>
                <w:lang w:eastAsia="ja-JP"/>
              </w:rPr>
              <w:t>×</w:t>
            </w:r>
            <w:r>
              <w:rPr>
                <w:rStyle w:val="af8"/>
                <w:rFonts w:asciiTheme="minorEastAsia" w:eastAsiaTheme="minorEastAsia" w:hAnsiTheme="minorEastAsia" w:cs="ＭＳ 明朝"/>
                <w:b w:val="0"/>
                <w:bCs w:val="0"/>
                <w:lang w:eastAsia="ja-JP"/>
              </w:rPr>
              <w:t xml:space="preserve"> </w:t>
            </w:r>
            <w:r w:rsidRPr="004C3896">
              <w:rPr>
                <w:rStyle w:val="af8"/>
                <w:rFonts w:asciiTheme="minorEastAsia" w:eastAsiaTheme="minorEastAsia" w:hAnsiTheme="minorEastAsia" w:cs="ＭＳ 明朝"/>
                <w:b w:val="0"/>
                <w:bCs w:val="0"/>
                <w:lang w:eastAsia="ja-JP"/>
              </w:rPr>
              <w:t>3m</w:t>
            </w:r>
            <w:r>
              <w:rPr>
                <w:rStyle w:val="af8"/>
                <w:rFonts w:asciiTheme="minorEastAsia" w:eastAsiaTheme="minorEastAsia" w:hAnsiTheme="minorEastAsia" w:cs="ＭＳ 明朝"/>
                <w:b w:val="0"/>
                <w:bCs w:val="0"/>
                <w:lang w:eastAsia="ja-JP"/>
              </w:rPr>
              <w:t xml:space="preserve"> </w:t>
            </w:r>
            <w:r w:rsidRPr="004C3896">
              <w:rPr>
                <w:rStyle w:val="af8"/>
                <w:rFonts w:asciiTheme="minorEastAsia" w:eastAsiaTheme="minorEastAsia" w:hAnsiTheme="minorEastAsia" w:cs="ＭＳ 明朝"/>
                <w:b w:val="0"/>
                <w:bCs w:val="0"/>
                <w:lang w:eastAsia="ja-JP"/>
              </w:rPr>
              <w:t>)</w:t>
            </w:r>
          </w:p>
        </w:tc>
      </w:tr>
    </w:tbl>
    <w:p w:rsidR="00C54F6E" w:rsidRDefault="00C54F6E">
      <w:pPr>
        <w:spacing w:before="80" w:after="60" w:line="259" w:lineRule="auto"/>
        <w:rPr>
          <w:rFonts w:ascii="ヒラギノ角ゴ ProN W3" w:eastAsia="ヒラギノ角ゴ ProN W3" w:hAnsi="ヒラギノ角ゴ ProN W3"/>
          <w:b/>
          <w:bCs/>
          <w:color w:val="000000"/>
          <w:sz w:val="22"/>
          <w:lang w:eastAsia="ja-JP"/>
        </w:rPr>
      </w:pPr>
    </w:p>
    <w:p w:rsidR="00CF5213" w:rsidRPr="00C54F6E" w:rsidRDefault="00000000">
      <w:pPr>
        <w:spacing w:before="80" w:after="60" w:line="259" w:lineRule="auto"/>
        <w:rPr>
          <w:rFonts w:ascii="ヒラギノ角ゴ ProN W3" w:eastAsia="ヒラギノ角ゴ ProN W3" w:hAnsi="ヒラギノ角ゴ ProN W3"/>
          <w:b/>
          <w:bCs/>
          <w:sz w:val="20"/>
          <w:szCs w:val="20"/>
          <w:lang w:eastAsia="ja-JP"/>
        </w:rPr>
      </w:pPr>
      <w:r w:rsidRPr="00C54F6E">
        <w:rPr>
          <w:rFonts w:ascii="ヒラギノ角ゴ ProN W3" w:eastAsia="ヒラギノ角ゴ ProN W3" w:hAnsi="ヒラギノ角ゴ ProN W3"/>
          <w:b/>
          <w:bCs/>
          <w:color w:val="000000"/>
          <w:sz w:val="20"/>
          <w:szCs w:val="20"/>
          <w:lang w:eastAsia="ja-JP"/>
        </w:rPr>
        <w:t>GOLD</w:t>
      </w:r>
      <w:r w:rsidR="00F248AC">
        <w:rPr>
          <w:rFonts w:ascii="ヒラギノ角ゴ ProN W3" w:eastAsia="ヒラギノ角ゴ ProN W3" w:hAnsi="ヒラギノ角ゴ ProN W3" w:hint="eastAsia"/>
          <w:b/>
          <w:bCs/>
          <w:color w:val="000000"/>
          <w:sz w:val="20"/>
          <w:szCs w:val="20"/>
          <w:lang w:eastAsia="ja-JP"/>
        </w:rPr>
        <w:t>・</w:t>
      </w:r>
      <w:r w:rsidR="00F248AC">
        <w:rPr>
          <w:rFonts w:ascii="ヒラギノ角ゴ ProN W3" w:eastAsia="ヒラギノ角ゴ ProN W3" w:hAnsi="ヒラギノ角ゴ ProN W3"/>
          <w:b/>
          <w:bCs/>
          <w:color w:val="000000"/>
          <w:sz w:val="20"/>
          <w:szCs w:val="20"/>
          <w:lang w:eastAsia="ja-JP"/>
        </w:rPr>
        <w:t>PLATINUM</w:t>
      </w:r>
      <w:r w:rsidRPr="00C54F6E">
        <w:rPr>
          <w:rFonts w:ascii="ヒラギノ角ゴ ProN W3" w:eastAsia="ヒラギノ角ゴ ProN W3" w:hAnsi="ヒラギノ角ゴ ProN W3"/>
          <w:b/>
          <w:bCs/>
          <w:color w:val="000000"/>
          <w:sz w:val="20"/>
          <w:szCs w:val="20"/>
          <w:lang w:eastAsia="ja-JP"/>
        </w:rPr>
        <w:t xml:space="preserve"> - メッセージ音楽花火</w:t>
      </w:r>
    </w:p>
    <w:p w:rsidR="00C54F6E" w:rsidRPr="00C54F6E" w:rsidRDefault="00000000" w:rsidP="00C54F6E">
      <w:pPr>
        <w:spacing w:after="60" w:line="240" w:lineRule="auto"/>
        <w:ind w:firstLineChars="100" w:firstLine="150"/>
        <w:rPr>
          <w:rFonts w:ascii="ヒラギノ角ゴ ProN W3" w:eastAsia="ヒラギノ角ゴ ProN W3" w:hAnsi="ヒラギノ角ゴ ProN W3"/>
          <w:color w:val="000000"/>
          <w:sz w:val="15"/>
          <w:szCs w:val="15"/>
          <w:lang w:eastAsia="ja-JP"/>
        </w:rPr>
      </w:pPr>
      <w:r w:rsidRPr="00C54F6E">
        <w:rPr>
          <w:rFonts w:ascii="ヒラギノ角ゴ ProN W3" w:eastAsia="ヒラギノ角ゴ ProN W3" w:hAnsi="ヒラギノ角ゴ ProN W3"/>
          <w:color w:val="000000"/>
          <w:sz w:val="15"/>
          <w:szCs w:val="15"/>
          <w:lang w:eastAsia="ja-JP"/>
        </w:rPr>
        <w:t>GOLD</w:t>
      </w:r>
      <w:r w:rsidR="00F248AC">
        <w:rPr>
          <w:rFonts w:ascii="ヒラギノ角ゴ ProN W3" w:eastAsia="ヒラギノ角ゴ ProN W3" w:hAnsi="ヒラギノ角ゴ ProN W3" w:hint="eastAsia"/>
          <w:color w:val="000000"/>
          <w:sz w:val="15"/>
          <w:szCs w:val="15"/>
          <w:lang w:eastAsia="ja-JP"/>
        </w:rPr>
        <w:t>・</w:t>
      </w:r>
      <w:r w:rsidR="00F248AC">
        <w:rPr>
          <w:rFonts w:ascii="ヒラギノ角ゴ ProN W3" w:eastAsia="ヒラギノ角ゴ ProN W3" w:hAnsi="ヒラギノ角ゴ ProN W3"/>
          <w:color w:val="000000"/>
          <w:sz w:val="15"/>
          <w:szCs w:val="15"/>
          <w:lang w:eastAsia="ja-JP"/>
        </w:rPr>
        <w:t>PLATINUM</w:t>
      </w:r>
      <w:r w:rsidRPr="00C54F6E">
        <w:rPr>
          <w:rFonts w:ascii="ヒラギノ角ゴ ProN W3" w:eastAsia="ヒラギノ角ゴ ProN W3" w:hAnsi="ヒラギノ角ゴ ProN W3"/>
          <w:color w:val="000000"/>
          <w:sz w:val="15"/>
          <w:szCs w:val="15"/>
          <w:lang w:eastAsia="ja-JP"/>
        </w:rPr>
        <w:t>以上のスポンサー様には、企業・団体からのメッセージをご紹介したあと、お好きな楽曲に合わせて花火を打ち上げます。</w:t>
      </w:r>
    </w:p>
    <w:p w:rsidR="00CF5213" w:rsidRPr="00C54F6E" w:rsidRDefault="00000000" w:rsidP="00C54F6E">
      <w:pPr>
        <w:spacing w:after="60" w:line="240" w:lineRule="auto"/>
        <w:ind w:firstLineChars="100" w:firstLine="150"/>
        <w:rPr>
          <w:rFonts w:ascii="ヒラギノ角ゴ ProN W3" w:eastAsia="ヒラギノ角ゴ ProN W3" w:hAnsi="ヒラギノ角ゴ ProN W3"/>
          <w:sz w:val="15"/>
          <w:szCs w:val="15"/>
          <w:lang w:eastAsia="ja-JP"/>
        </w:rPr>
      </w:pPr>
      <w:r w:rsidRPr="00C54F6E">
        <w:rPr>
          <w:rFonts w:ascii="ヒラギノ角ゴ ProN W3" w:eastAsia="ヒラギノ角ゴ ProN W3" w:hAnsi="ヒラギノ角ゴ ProN W3"/>
          <w:color w:val="000000"/>
          <w:sz w:val="15"/>
          <w:szCs w:val="15"/>
          <w:lang w:eastAsia="ja-JP"/>
        </w:rPr>
        <w:t>地域への感謝、周年記念、社員やご家族へのメッセージなど、企業の想いを音楽と花火にのせて届けます。</w:t>
      </w:r>
    </w:p>
    <w:p w:rsidR="00C54F6E" w:rsidRDefault="00C54F6E">
      <w:pPr>
        <w:spacing w:after="35" w:line="250" w:lineRule="auto"/>
        <w:rPr>
          <w:rFonts w:ascii="ヒラギノ角ゴ ProN W3" w:eastAsia="ヒラギノ角ゴ ProN W3" w:hAnsi="ヒラギノ角ゴ ProN W3"/>
          <w:sz w:val="19"/>
          <w:szCs w:val="19"/>
          <w:lang w:eastAsia="ja-JP"/>
        </w:rPr>
      </w:pPr>
    </w:p>
    <w:p w:rsidR="00CF5213" w:rsidRPr="00C54F6E" w:rsidRDefault="00000000">
      <w:pPr>
        <w:spacing w:after="35" w:line="250" w:lineRule="auto"/>
        <w:rPr>
          <w:rFonts w:ascii="ヒラギノ角ゴ ProN W3" w:eastAsia="ヒラギノ角ゴ ProN W3" w:hAnsi="ヒラギノ角ゴ ProN W3"/>
          <w:b/>
          <w:bCs/>
          <w:lang w:eastAsia="ja-JP"/>
        </w:rPr>
      </w:pPr>
      <w:r w:rsidRPr="00C54F6E">
        <w:rPr>
          <w:rFonts w:ascii="ヒラギノ角ゴ ProN W3" w:eastAsia="ヒラギノ角ゴ ProN W3" w:hAnsi="ヒラギノ角ゴ ProN W3"/>
          <w:b/>
          <w:bCs/>
          <w:sz w:val="19"/>
          <w:szCs w:val="19"/>
          <w:lang w:eastAsia="ja-JP"/>
        </w:rPr>
        <w:t>特典・出店に関する確認事項</w:t>
      </w:r>
    </w:p>
    <w:p w:rsidR="00CF5213" w:rsidRPr="00C54F6E" w:rsidRDefault="00000000">
      <w:pPr>
        <w:spacing w:after="35" w:line="250" w:lineRule="auto"/>
        <w:rPr>
          <w:rFonts w:ascii="ヒラギノ角ゴ ProN W3" w:eastAsia="ヒラギノ角ゴ ProN W3" w:hAnsi="ヒラギノ角ゴ ProN W3"/>
          <w:sz w:val="15"/>
          <w:szCs w:val="15"/>
          <w:lang w:eastAsia="ja-JP"/>
        </w:rPr>
      </w:pPr>
      <w:r w:rsidRPr="00C54F6E">
        <w:rPr>
          <w:rFonts w:ascii="ヒラギノ角ゴ ProN W3" w:eastAsia="ヒラギノ角ゴ ProN W3" w:hAnsi="ヒラギノ角ゴ ProN W3"/>
          <w:sz w:val="15"/>
          <w:szCs w:val="15"/>
          <w:lang w:eastAsia="ja-JP"/>
        </w:rPr>
        <w:t>・希望楽曲は使用可否・権利関係等を確認し、使用できない場合は別楽曲をご相談する場合があります。</w:t>
      </w:r>
    </w:p>
    <w:p w:rsidR="00CF5213" w:rsidRPr="00C54F6E" w:rsidRDefault="00000000">
      <w:pPr>
        <w:spacing w:after="35" w:line="250" w:lineRule="auto"/>
        <w:rPr>
          <w:rFonts w:ascii="ヒラギノ角ゴ ProN W3" w:eastAsia="ヒラギノ角ゴ ProN W3" w:hAnsi="ヒラギノ角ゴ ProN W3"/>
          <w:sz w:val="15"/>
          <w:szCs w:val="15"/>
          <w:lang w:eastAsia="ja-JP"/>
        </w:rPr>
      </w:pPr>
      <w:r w:rsidRPr="00C54F6E">
        <w:rPr>
          <w:rFonts w:ascii="ヒラギノ角ゴ ProN W3" w:eastAsia="ヒラギノ角ゴ ProN W3" w:hAnsi="ヒラギノ角ゴ ProN W3"/>
          <w:sz w:val="15"/>
          <w:szCs w:val="15"/>
          <w:lang w:eastAsia="ja-JP"/>
        </w:rPr>
        <w:t>・メッセージ内容・使用楽曲はご協賛決定後に改めて確認し、花火の構成・演出等は実行委員会と協議のうえ決定します。</w:t>
      </w:r>
    </w:p>
    <w:p w:rsidR="00CF5213" w:rsidRPr="00C54F6E" w:rsidRDefault="00000000">
      <w:pPr>
        <w:spacing w:after="35" w:line="250" w:lineRule="auto"/>
        <w:rPr>
          <w:rFonts w:ascii="ヒラギノ角ゴ ProN W3" w:eastAsia="ヒラギノ角ゴ ProN W3" w:hAnsi="ヒラギノ角ゴ ProN W3"/>
          <w:sz w:val="15"/>
          <w:szCs w:val="15"/>
          <w:lang w:eastAsia="ja-JP"/>
        </w:rPr>
      </w:pPr>
      <w:r w:rsidRPr="00C54F6E">
        <w:rPr>
          <w:rFonts w:ascii="ヒラギノ角ゴ ProN W3" w:eastAsia="ヒラギノ角ゴ ProN W3" w:hAnsi="ヒラギノ角ゴ ProN W3"/>
          <w:sz w:val="15"/>
          <w:szCs w:val="15"/>
          <w:lang w:eastAsia="ja-JP"/>
        </w:rPr>
        <w:t>・スポンサー出店で飲食物を扱う場合は必要な営業許可・届出等をご準備ください。火気・発電機等は事前申告が必要です。</w:t>
      </w:r>
    </w:p>
    <w:p w:rsidR="00CF5213" w:rsidRPr="00C54F6E" w:rsidRDefault="00000000">
      <w:pPr>
        <w:spacing w:after="35" w:line="250" w:lineRule="auto"/>
        <w:rPr>
          <w:rFonts w:ascii="ヒラギノ角ゴ ProN W3" w:eastAsia="ヒラギノ角ゴ ProN W3" w:hAnsi="ヒラギノ角ゴ ProN W3"/>
          <w:sz w:val="15"/>
          <w:szCs w:val="15"/>
          <w:lang w:eastAsia="ja-JP"/>
        </w:rPr>
      </w:pPr>
      <w:r w:rsidRPr="00C54F6E">
        <w:rPr>
          <w:rFonts w:ascii="ヒラギノ角ゴ ProN W3" w:eastAsia="ヒラギノ角ゴ ProN W3" w:hAnsi="ヒラギノ角ゴ ProN W3"/>
          <w:sz w:val="15"/>
          <w:szCs w:val="15"/>
          <w:lang w:eastAsia="ja-JP"/>
        </w:rPr>
        <w:t>・会場からの電源供給はありません。出店位置は会場構成・安全管理等を考慮し実行委員会が決定します。</w:t>
      </w:r>
    </w:p>
    <w:p w:rsidR="00CF5213" w:rsidRPr="00C54F6E" w:rsidRDefault="00000000">
      <w:pPr>
        <w:spacing w:after="35" w:line="250" w:lineRule="auto"/>
        <w:rPr>
          <w:rFonts w:ascii="ヒラギノ角ゴ ProN W3" w:eastAsia="ヒラギノ角ゴ ProN W3" w:hAnsi="ヒラギノ角ゴ ProN W3"/>
          <w:sz w:val="15"/>
          <w:szCs w:val="15"/>
          <w:lang w:eastAsia="ja-JP"/>
        </w:rPr>
      </w:pPr>
      <w:r w:rsidRPr="00C54F6E">
        <w:rPr>
          <w:rFonts w:ascii="ヒラギノ角ゴ ProN W3" w:eastAsia="ヒラギノ角ゴ ProN W3" w:hAnsi="ヒラギノ角ゴ ProN W3"/>
          <w:sz w:val="15"/>
          <w:szCs w:val="15"/>
          <w:lang w:eastAsia="ja-JP"/>
        </w:rPr>
        <w:t>・ロゴ掲載対象のスポンサー様は、AI・PDF・PNG等のロゴデータをご提出ください。</w:t>
      </w:r>
    </w:p>
    <w:p w:rsidR="00CF5213" w:rsidRDefault="00E654EA" w:rsidP="00E654EA">
      <w:pPr>
        <w:spacing w:after="60" w:line="259" w:lineRule="auto"/>
        <w:rPr>
          <w:rFonts w:ascii="ヒラギノ角ゴ ProN W3" w:eastAsia="ヒラギノ角ゴ ProN W3" w:hAnsi="ヒラギノ角ゴ ProN W3"/>
          <w:color w:val="000000"/>
          <w:sz w:val="15"/>
          <w:szCs w:val="15"/>
          <w:lang w:eastAsia="ja-JP"/>
        </w:rPr>
      </w:pPr>
      <w:r>
        <w:rPr>
          <w:rFonts w:ascii="Apple Color Emoji" w:eastAsia="ヒラギノ角ゴ ProN W3" w:hAnsi="Apple Color Emoji" w:cs="Apple Color Emoji" w:hint="eastAsia"/>
          <w:color w:val="000000"/>
          <w:sz w:val="15"/>
          <w:szCs w:val="15"/>
          <w:lang w:eastAsia="ja-JP"/>
        </w:rPr>
        <w:t>◼</w:t>
      </w:r>
      <w:r>
        <w:rPr>
          <w:rFonts w:ascii="Apple Color Emoji" w:eastAsia="ヒラギノ角ゴ ProN W3" w:hAnsi="Apple Color Emoji" w:cs="Apple Color Emoji" w:hint="eastAsia"/>
          <w:color w:val="000000"/>
          <w:sz w:val="15"/>
          <w:szCs w:val="15"/>
          <w:lang w:eastAsia="ja-JP"/>
        </w:rPr>
        <w:t>︎</w:t>
      </w:r>
      <w:r w:rsidRPr="00C54F6E">
        <w:rPr>
          <w:rFonts w:ascii="ヒラギノ角ゴ ProN W3" w:eastAsia="ヒラギノ角ゴ ProN W3" w:hAnsi="ヒラギノ角ゴ ProN W3"/>
          <w:color w:val="000000"/>
          <w:sz w:val="15"/>
          <w:szCs w:val="15"/>
          <w:lang w:eastAsia="ja-JP"/>
        </w:rPr>
        <w:t>協賛金は、会場設営・安全対策・警備・ステージ・音響・花火打上げ・広報・子ども向け企画・イベント運営等に活用します。</w:t>
      </w:r>
    </w:p>
    <w:p w:rsidR="00E654EA" w:rsidRPr="00E654EA" w:rsidRDefault="00E654EA" w:rsidP="00E654EA">
      <w:pPr>
        <w:spacing w:after="60" w:line="259" w:lineRule="auto"/>
        <w:rPr>
          <w:rFonts w:ascii="Apple Color Emoji" w:eastAsia="ヒラギノ角ゴ ProN W3" w:hAnsi="Apple Color Emoji" w:cs="Apple Color Emoji"/>
          <w:sz w:val="15"/>
          <w:szCs w:val="15"/>
          <w:lang w:eastAsia="ja-JP"/>
        </w:rPr>
      </w:pPr>
      <w:r>
        <w:rPr>
          <w:rFonts w:ascii="Apple Color Emoji" w:eastAsia="ヒラギノ角ゴ ProN W3" w:hAnsi="Apple Color Emoji" w:cs="Apple Color Emoji" w:hint="eastAsia"/>
          <w:sz w:val="15"/>
          <w:szCs w:val="15"/>
          <w:lang w:eastAsia="ja-JP"/>
        </w:rPr>
        <w:t>◼</w:t>
      </w:r>
      <w:r>
        <w:rPr>
          <w:rFonts w:ascii="Apple Color Emoji" w:eastAsia="ヒラギノ角ゴ ProN W3" w:hAnsi="Apple Color Emoji" w:cs="Apple Color Emoji" w:hint="eastAsia"/>
          <w:sz w:val="15"/>
          <w:szCs w:val="15"/>
          <w:lang w:eastAsia="ja-JP"/>
        </w:rPr>
        <w:t>︎</w:t>
      </w:r>
      <w:r w:rsidRPr="00E654EA">
        <w:rPr>
          <w:rFonts w:ascii="ヒラギノ角ゴ ProN W3" w:eastAsia="ヒラギノ角ゴ ProN W3" w:hAnsi="ヒラギノ角ゴ ProN W3" w:hint="eastAsia"/>
          <w:sz w:val="15"/>
          <w:szCs w:val="15"/>
          <w:lang w:eastAsia="ja-JP"/>
        </w:rPr>
        <w:t>令和８年度の花火大会において余剰金が生じた場合は、令和９年度以降の花火大会に活用させていただきます。</w:t>
      </w:r>
    </w:p>
    <w:p w:rsidR="00CF5213" w:rsidRDefault="00000000">
      <w:pPr>
        <w:spacing w:line="259" w:lineRule="auto"/>
        <w:rPr>
          <w:lang w:eastAsia="ja-JP"/>
        </w:rPr>
      </w:pPr>
      <w:r>
        <w:rPr>
          <w:lang w:eastAsia="ja-JP"/>
        </w:rPr>
        <w:br w:type="page"/>
      </w:r>
    </w:p>
    <w:p w:rsidR="001A3395" w:rsidRDefault="001A3395" w:rsidP="001A3395">
      <w:pPr>
        <w:rPr>
          <w:color w:val="000000"/>
          <w:lang w:eastAsia="ja-JP"/>
        </w:rPr>
      </w:pPr>
    </w:p>
    <w:p w:rsidR="00CF5213" w:rsidRDefault="00DB1B39" w:rsidP="001A3395">
      <w:pPr>
        <w:rPr>
          <w:lang w:eastAsia="ja-JP"/>
        </w:rPr>
      </w:pPr>
      <w:r>
        <w:rPr>
          <w:rFonts w:ascii="ＭＳ 明朝" w:eastAsia="ＭＳ 明朝" w:hAnsi="ＭＳ 明朝" w:cs="ＭＳ 明朝" w:hint="eastAsia"/>
          <w:color w:val="000000"/>
          <w:lang w:eastAsia="ja-JP"/>
        </w:rPr>
        <w:t xml:space="preserve">呉花火大会実行委員会　</w:t>
      </w:r>
      <w:r>
        <w:rPr>
          <w:color w:val="000000"/>
          <w:lang w:eastAsia="ja-JP"/>
        </w:rPr>
        <w:t>事務局　行</w:t>
      </w:r>
    </w:p>
    <w:p w:rsidR="00CF5213" w:rsidRPr="001A3395" w:rsidRDefault="00000000">
      <w:pPr>
        <w:spacing w:after="40" w:line="259" w:lineRule="auto"/>
        <w:jc w:val="center"/>
        <w:rPr>
          <w:rFonts w:ascii="Helvetica Light" w:hAnsi="Helvetica Light"/>
          <w:lang w:eastAsia="ja-JP"/>
        </w:rPr>
      </w:pPr>
      <w:r w:rsidRPr="001A3395">
        <w:rPr>
          <w:rFonts w:ascii="ＭＳ 明朝" w:eastAsia="ＭＳ 明朝" w:hAnsi="ＭＳ 明朝" w:cs="ＭＳ 明朝" w:hint="eastAsia"/>
          <w:color w:val="000000"/>
          <w:sz w:val="33"/>
          <w:lang w:eastAsia="ja-JP"/>
        </w:rPr>
        <w:t>『</w:t>
      </w:r>
      <w:r w:rsidR="00DB1B39">
        <w:rPr>
          <w:rFonts w:ascii="ＭＳ 明朝" w:eastAsia="ＭＳ 明朝" w:hAnsi="ＭＳ 明朝" w:cs="ＭＳ 明朝" w:hint="eastAsia"/>
          <w:color w:val="000000"/>
          <w:sz w:val="33"/>
          <w:lang w:eastAsia="ja-JP"/>
        </w:rPr>
        <w:t>呉花火大会</w:t>
      </w:r>
      <w:r w:rsidR="00DB1B39">
        <w:rPr>
          <w:rFonts w:ascii="ＭＳ 明朝" w:eastAsia="ＭＳ 明朝" w:hAnsi="ＭＳ 明朝" w:cs="ＭＳ 明朝"/>
          <w:color w:val="000000"/>
          <w:sz w:val="33"/>
          <w:lang w:eastAsia="ja-JP"/>
        </w:rPr>
        <w:t>2026-KURE WINTER HANABI-</w:t>
      </w:r>
      <w:r w:rsidRPr="001A3395">
        <w:rPr>
          <w:rFonts w:ascii="ＭＳ 明朝" w:eastAsia="ＭＳ 明朝" w:hAnsi="ＭＳ 明朝" w:cs="ＭＳ 明朝" w:hint="eastAsia"/>
          <w:color w:val="000000"/>
          <w:sz w:val="33"/>
          <w:lang w:eastAsia="ja-JP"/>
        </w:rPr>
        <w:t>』協賛申込書</w:t>
      </w:r>
    </w:p>
    <w:p w:rsidR="00CF5213" w:rsidRDefault="00000000" w:rsidP="001A3395">
      <w:pPr>
        <w:spacing w:after="60" w:line="259" w:lineRule="auto"/>
        <w:jc w:val="right"/>
        <w:rPr>
          <w:lang w:eastAsia="ja-JP"/>
        </w:rPr>
      </w:pPr>
      <w:r>
        <w:rPr>
          <w:color w:val="000000"/>
          <w:lang w:eastAsia="ja-JP"/>
        </w:rPr>
        <w:t>ご記入日　令和　　　年　　　月　　　日</w:t>
      </w:r>
    </w:p>
    <w:tbl>
      <w:tblPr>
        <w:tblStyle w:val="afe"/>
        <w:tblW w:w="0" w:type="auto"/>
        <w:jc w:val="center"/>
        <w:tblLook w:val="04A0" w:firstRow="1" w:lastRow="0" w:firstColumn="1" w:lastColumn="0" w:noHBand="0" w:noVBand="1"/>
      </w:tblPr>
      <w:tblGrid>
        <w:gridCol w:w="1935"/>
        <w:gridCol w:w="3180"/>
        <w:gridCol w:w="1927"/>
        <w:gridCol w:w="3246"/>
      </w:tblGrid>
      <w:tr w:rsidR="00CF5213" w:rsidRPr="001A3395" w:rsidTr="001A3395">
        <w:trPr>
          <w:trHeight w:val="512"/>
          <w:jc w:val="center"/>
        </w:trPr>
        <w:tc>
          <w:tcPr>
            <w:tcW w:w="1757" w:type="dxa"/>
            <w:tcBorders>
              <w:top w:val="single" w:sz="12" w:space="0" w:color="auto"/>
              <w:left w:val="single" w:sz="12" w:space="0" w:color="auto"/>
              <w:bottom w:val="dotted" w:sz="4" w:space="0" w:color="auto"/>
            </w:tcBorders>
            <w:tcMar>
              <w:top w:w="60" w:type="dxa"/>
              <w:left w:w="70" w:type="dxa"/>
              <w:bottom w:w="60" w:type="dxa"/>
              <w:right w:w="70" w:type="dxa"/>
            </w:tcMar>
            <w:vAlign w:val="center"/>
          </w:tcPr>
          <w:p w:rsidR="00CF5213" w:rsidRPr="008E4383" w:rsidRDefault="00000000">
            <w:pPr>
              <w:spacing w:line="259" w:lineRule="auto"/>
              <w:jc w:val="center"/>
              <w:rPr>
                <w:rFonts w:asciiTheme="majorEastAsia" w:eastAsiaTheme="majorEastAsia" w:hAnsiTheme="majorEastAsia"/>
                <w:sz w:val="24"/>
                <w:szCs w:val="24"/>
              </w:rPr>
            </w:pPr>
            <w:proofErr w:type="spellStart"/>
            <w:r w:rsidRPr="008E4383">
              <w:rPr>
                <w:rFonts w:asciiTheme="majorEastAsia" w:eastAsiaTheme="majorEastAsia" w:hAnsiTheme="majorEastAsia" w:cs="ＭＳ 明朝" w:hint="eastAsia"/>
                <w:color w:val="000000"/>
                <w:sz w:val="24"/>
                <w:szCs w:val="24"/>
              </w:rPr>
              <w:t>フリガナ</w:t>
            </w:r>
            <w:proofErr w:type="spellEnd"/>
          </w:p>
        </w:tc>
        <w:tc>
          <w:tcPr>
            <w:tcW w:w="8333" w:type="dxa"/>
            <w:gridSpan w:val="3"/>
            <w:tcBorders>
              <w:top w:val="single" w:sz="12" w:space="0" w:color="auto"/>
              <w:bottom w:val="dotted" w:sz="4" w:space="0" w:color="auto"/>
              <w:right w:val="single" w:sz="12" w:space="0" w:color="auto"/>
            </w:tcBorders>
            <w:tcMar>
              <w:top w:w="60" w:type="dxa"/>
              <w:left w:w="70" w:type="dxa"/>
              <w:bottom w:w="60" w:type="dxa"/>
              <w:right w:w="70" w:type="dxa"/>
            </w:tcMar>
            <w:vAlign w:val="center"/>
          </w:tcPr>
          <w:p w:rsidR="00CF5213" w:rsidRPr="001A3395" w:rsidRDefault="00CF5213">
            <w:pPr>
              <w:spacing w:line="259" w:lineRule="auto"/>
              <w:rPr>
                <w:rFonts w:ascii="Helvetica" w:hAnsi="Helvetica"/>
                <w:sz w:val="24"/>
                <w:szCs w:val="24"/>
              </w:rPr>
            </w:pPr>
          </w:p>
        </w:tc>
      </w:tr>
      <w:tr w:rsidR="00CF5213" w:rsidRPr="001A3395" w:rsidTr="008E4383">
        <w:trPr>
          <w:trHeight w:val="977"/>
          <w:jc w:val="center"/>
        </w:trPr>
        <w:tc>
          <w:tcPr>
            <w:tcW w:w="1757" w:type="dxa"/>
            <w:tcBorders>
              <w:top w:val="dotted" w:sz="4" w:space="0" w:color="auto"/>
              <w:left w:val="single" w:sz="12" w:space="0" w:color="auto"/>
            </w:tcBorders>
            <w:tcMar>
              <w:top w:w="60" w:type="dxa"/>
              <w:left w:w="70" w:type="dxa"/>
              <w:bottom w:w="60" w:type="dxa"/>
              <w:right w:w="70" w:type="dxa"/>
            </w:tcMar>
            <w:vAlign w:val="center"/>
          </w:tcPr>
          <w:p w:rsidR="00FC13C2" w:rsidRPr="00FC13C2" w:rsidRDefault="00000000" w:rsidP="008E4383">
            <w:pPr>
              <w:spacing w:line="276" w:lineRule="auto"/>
              <w:jc w:val="center"/>
              <w:rPr>
                <w:rFonts w:asciiTheme="majorEastAsia" w:eastAsiaTheme="majorEastAsia" w:hAnsiTheme="majorEastAsia" w:cs="ＭＳ 明朝"/>
                <w:color w:val="000000"/>
                <w:sz w:val="24"/>
                <w:szCs w:val="24"/>
                <w:lang w:eastAsia="ja-JP"/>
              </w:rPr>
            </w:pPr>
            <w:r w:rsidRPr="00FC13C2">
              <w:rPr>
                <w:rFonts w:asciiTheme="majorEastAsia" w:eastAsiaTheme="majorEastAsia" w:hAnsiTheme="majorEastAsia" w:cs="ＭＳ 明朝"/>
                <w:color w:val="000000"/>
                <w:sz w:val="24"/>
                <w:szCs w:val="24"/>
                <w:lang w:eastAsia="ja-JP"/>
              </w:rPr>
              <w:t>貴社名</w:t>
            </w:r>
          </w:p>
          <w:p w:rsidR="00CF5213" w:rsidRPr="001A3395" w:rsidRDefault="00000000" w:rsidP="008E4383">
            <w:pPr>
              <w:spacing w:line="276" w:lineRule="auto"/>
              <w:jc w:val="center"/>
              <w:rPr>
                <w:rFonts w:ascii="Helvetica" w:hAnsi="Helvetica"/>
                <w:sz w:val="24"/>
                <w:szCs w:val="24"/>
                <w:lang w:eastAsia="ja-JP"/>
              </w:rPr>
            </w:pPr>
            <w:r w:rsidRPr="00FC13C2">
              <w:rPr>
                <w:rFonts w:asciiTheme="majorEastAsia" w:eastAsiaTheme="majorEastAsia" w:hAnsiTheme="majorEastAsia" w:cs="ＭＳ 明朝"/>
                <w:color w:val="000000"/>
                <w:sz w:val="24"/>
                <w:szCs w:val="24"/>
                <w:lang w:eastAsia="ja-JP"/>
              </w:rPr>
              <w:t>貴団体名</w:t>
            </w:r>
            <w:r w:rsidRPr="00FC13C2">
              <w:rPr>
                <w:rFonts w:asciiTheme="majorEastAsia" w:eastAsiaTheme="majorEastAsia" w:hAnsiTheme="majorEastAsia"/>
                <w:color w:val="000000"/>
                <w:sz w:val="24"/>
                <w:szCs w:val="24"/>
                <w:lang w:eastAsia="ja-JP"/>
              </w:rPr>
              <w:br/>
            </w:r>
            <w:r w:rsidRPr="00FC13C2">
              <w:rPr>
                <w:rFonts w:asciiTheme="majorEastAsia" w:eastAsiaTheme="majorEastAsia" w:hAnsiTheme="majorEastAsia" w:cs="ＭＳ 明朝"/>
                <w:color w:val="000000"/>
                <w:sz w:val="24"/>
                <w:szCs w:val="24"/>
                <w:lang w:eastAsia="ja-JP"/>
              </w:rPr>
              <w:t>ご氏名</w:t>
            </w:r>
          </w:p>
        </w:tc>
        <w:tc>
          <w:tcPr>
            <w:tcW w:w="8333" w:type="dxa"/>
            <w:gridSpan w:val="3"/>
            <w:tcBorders>
              <w:top w:val="dotted" w:sz="4" w:space="0" w:color="auto"/>
              <w:right w:val="single" w:sz="12" w:space="0" w:color="auto"/>
            </w:tcBorders>
            <w:tcMar>
              <w:top w:w="60" w:type="dxa"/>
              <w:left w:w="70" w:type="dxa"/>
              <w:bottom w:w="60" w:type="dxa"/>
              <w:right w:w="70" w:type="dxa"/>
            </w:tcMar>
            <w:vAlign w:val="center"/>
          </w:tcPr>
          <w:p w:rsidR="00FC13C2" w:rsidRDefault="00FC13C2">
            <w:pPr>
              <w:spacing w:line="259" w:lineRule="auto"/>
              <w:rPr>
                <w:rFonts w:ascii="Helvetica" w:hAnsi="Helvetica"/>
                <w:color w:val="000000"/>
                <w:sz w:val="24"/>
                <w:szCs w:val="24"/>
                <w:lang w:eastAsia="ja-JP"/>
              </w:rPr>
            </w:pPr>
          </w:p>
          <w:p w:rsidR="00FC13C2" w:rsidRDefault="00FC13C2">
            <w:pPr>
              <w:spacing w:line="259" w:lineRule="auto"/>
              <w:rPr>
                <w:rFonts w:ascii="Helvetica" w:hAnsi="Helvetica"/>
                <w:color w:val="000000"/>
                <w:sz w:val="24"/>
                <w:szCs w:val="24"/>
                <w:lang w:eastAsia="ja-JP"/>
              </w:rPr>
            </w:pPr>
          </w:p>
          <w:p w:rsidR="00FC13C2" w:rsidRDefault="00FC13C2">
            <w:pPr>
              <w:spacing w:line="259" w:lineRule="auto"/>
              <w:rPr>
                <w:rFonts w:ascii="Helvetica" w:hAnsi="Helvetica"/>
                <w:color w:val="000000"/>
                <w:sz w:val="24"/>
                <w:szCs w:val="24"/>
                <w:lang w:eastAsia="ja-JP"/>
              </w:rPr>
            </w:pPr>
          </w:p>
          <w:p w:rsidR="00CF5213" w:rsidRPr="008E4383" w:rsidRDefault="00000000">
            <w:pPr>
              <w:spacing w:line="259" w:lineRule="auto"/>
              <w:rPr>
                <w:rFonts w:asciiTheme="majorEastAsia" w:eastAsiaTheme="majorEastAsia" w:hAnsiTheme="majorEastAsia"/>
                <w:b/>
                <w:bCs/>
                <w:sz w:val="16"/>
                <w:szCs w:val="16"/>
                <w:lang w:eastAsia="ja-JP"/>
              </w:rPr>
            </w:pPr>
            <w:r w:rsidRPr="008E4383">
              <w:rPr>
                <w:rFonts w:asciiTheme="majorEastAsia" w:eastAsiaTheme="majorEastAsia" w:hAnsiTheme="majorEastAsia"/>
                <w:b/>
                <w:bCs/>
                <w:color w:val="000000"/>
                <w:sz w:val="16"/>
                <w:szCs w:val="16"/>
                <w:lang w:eastAsia="ja-JP"/>
              </w:rPr>
              <w:t>※</w:t>
            </w:r>
            <w:r w:rsidRPr="008E4383">
              <w:rPr>
                <w:rFonts w:asciiTheme="majorEastAsia" w:eastAsiaTheme="majorEastAsia" w:hAnsiTheme="majorEastAsia" w:cs="ＭＳ 明朝" w:hint="eastAsia"/>
                <w:b/>
                <w:bCs/>
                <w:color w:val="000000"/>
                <w:sz w:val="16"/>
                <w:szCs w:val="16"/>
                <w:lang w:eastAsia="ja-JP"/>
              </w:rPr>
              <w:t>領収書等の宛名となる正式名称をご記入ください。</w:t>
            </w:r>
          </w:p>
        </w:tc>
      </w:tr>
      <w:tr w:rsidR="00CF5213" w:rsidRPr="001A3395" w:rsidTr="008E4383">
        <w:trPr>
          <w:trHeight w:val="966"/>
          <w:jc w:val="center"/>
        </w:trPr>
        <w:tc>
          <w:tcPr>
            <w:tcW w:w="1757" w:type="dxa"/>
            <w:tcBorders>
              <w:left w:val="single" w:sz="12" w:space="0" w:color="auto"/>
            </w:tcBorders>
            <w:tcMar>
              <w:top w:w="60" w:type="dxa"/>
              <w:left w:w="70" w:type="dxa"/>
              <w:bottom w:w="60" w:type="dxa"/>
              <w:right w:w="70" w:type="dxa"/>
            </w:tcMar>
            <w:vAlign w:val="center"/>
          </w:tcPr>
          <w:p w:rsidR="00CF5213" w:rsidRPr="00FC13C2" w:rsidRDefault="00000000">
            <w:pPr>
              <w:spacing w:line="259" w:lineRule="auto"/>
              <w:jc w:val="center"/>
              <w:rPr>
                <w:rFonts w:asciiTheme="majorEastAsia" w:eastAsiaTheme="majorEastAsia" w:hAnsiTheme="majorEastAsia"/>
                <w:sz w:val="24"/>
                <w:szCs w:val="24"/>
                <w:lang w:eastAsia="ja-JP"/>
              </w:rPr>
            </w:pPr>
            <w:r w:rsidRPr="00FC13C2">
              <w:rPr>
                <w:rFonts w:asciiTheme="majorEastAsia" w:eastAsiaTheme="majorEastAsia" w:hAnsiTheme="majorEastAsia" w:cs="ＭＳ 明朝" w:hint="eastAsia"/>
                <w:color w:val="000000"/>
                <w:sz w:val="24"/>
                <w:szCs w:val="24"/>
                <w:lang w:eastAsia="ja-JP"/>
              </w:rPr>
              <w:t>広告・各媒体に</w:t>
            </w:r>
            <w:r w:rsidRPr="00FC13C2">
              <w:rPr>
                <w:rFonts w:asciiTheme="majorEastAsia" w:eastAsiaTheme="majorEastAsia" w:hAnsiTheme="majorEastAsia"/>
                <w:color w:val="000000"/>
                <w:sz w:val="24"/>
                <w:szCs w:val="24"/>
                <w:lang w:eastAsia="ja-JP"/>
              </w:rPr>
              <w:br/>
            </w:r>
            <w:r w:rsidRPr="00FC13C2">
              <w:rPr>
                <w:rFonts w:asciiTheme="majorEastAsia" w:eastAsiaTheme="majorEastAsia" w:hAnsiTheme="majorEastAsia" w:cs="ＭＳ 明朝" w:hint="eastAsia"/>
                <w:color w:val="000000"/>
                <w:sz w:val="24"/>
                <w:szCs w:val="24"/>
                <w:lang w:eastAsia="ja-JP"/>
              </w:rPr>
              <w:t>掲載する名称</w:t>
            </w:r>
          </w:p>
        </w:tc>
        <w:tc>
          <w:tcPr>
            <w:tcW w:w="8333" w:type="dxa"/>
            <w:gridSpan w:val="3"/>
            <w:tcBorders>
              <w:right w:val="single" w:sz="12" w:space="0" w:color="auto"/>
            </w:tcBorders>
            <w:tcMar>
              <w:top w:w="60" w:type="dxa"/>
              <w:left w:w="70" w:type="dxa"/>
              <w:bottom w:w="60" w:type="dxa"/>
              <w:right w:w="70" w:type="dxa"/>
            </w:tcMar>
            <w:vAlign w:val="center"/>
          </w:tcPr>
          <w:p w:rsidR="00FC13C2" w:rsidRPr="008E4383" w:rsidRDefault="00000000" w:rsidP="00FC13C2">
            <w:pPr>
              <w:spacing w:line="360" w:lineRule="auto"/>
              <w:ind w:firstLineChars="150" w:firstLine="360"/>
              <w:rPr>
                <w:rFonts w:asciiTheme="majorEastAsia" w:eastAsiaTheme="majorEastAsia" w:hAnsiTheme="majorEastAsia" w:cs="ＭＳ 明朝"/>
                <w:color w:val="000000"/>
                <w:sz w:val="24"/>
                <w:szCs w:val="24"/>
                <w:lang w:eastAsia="ja-JP"/>
              </w:rPr>
            </w:pPr>
            <w:r w:rsidRPr="008E4383">
              <w:rPr>
                <w:rFonts w:asciiTheme="majorEastAsia" w:eastAsiaTheme="majorEastAsia" w:hAnsiTheme="majorEastAsia" w:cs="Times New Roman"/>
                <w:color w:val="000000"/>
                <w:sz w:val="24"/>
                <w:szCs w:val="24"/>
                <w:lang w:eastAsia="ja-JP"/>
              </w:rPr>
              <w:t>□</w:t>
            </w:r>
            <w:r w:rsidRPr="008E4383">
              <w:rPr>
                <w:rFonts w:asciiTheme="majorEastAsia" w:eastAsiaTheme="majorEastAsia" w:hAnsiTheme="majorEastAsia"/>
                <w:color w:val="000000"/>
                <w:sz w:val="24"/>
                <w:szCs w:val="24"/>
                <w:lang w:eastAsia="ja-JP"/>
              </w:rPr>
              <w:t xml:space="preserve"> </w:t>
            </w:r>
            <w:r w:rsidRPr="008E4383">
              <w:rPr>
                <w:rFonts w:asciiTheme="majorEastAsia" w:eastAsiaTheme="majorEastAsia" w:hAnsiTheme="majorEastAsia" w:cs="ＭＳ 明朝" w:hint="eastAsia"/>
                <w:color w:val="000000"/>
                <w:sz w:val="24"/>
                <w:szCs w:val="24"/>
                <w:lang w:eastAsia="ja-JP"/>
              </w:rPr>
              <w:t xml:space="preserve">同上　　</w:t>
            </w:r>
            <w:r w:rsidRPr="008E4383">
              <w:rPr>
                <w:rFonts w:asciiTheme="majorEastAsia" w:eastAsiaTheme="majorEastAsia" w:hAnsiTheme="majorEastAsia" w:cs="Times New Roman"/>
                <w:color w:val="000000"/>
                <w:sz w:val="24"/>
                <w:szCs w:val="24"/>
                <w:lang w:eastAsia="ja-JP"/>
              </w:rPr>
              <w:t>□</w:t>
            </w:r>
            <w:r w:rsidRPr="008E4383">
              <w:rPr>
                <w:rFonts w:asciiTheme="majorEastAsia" w:eastAsiaTheme="majorEastAsia" w:hAnsiTheme="majorEastAsia"/>
                <w:color w:val="000000"/>
                <w:sz w:val="24"/>
                <w:szCs w:val="24"/>
                <w:lang w:eastAsia="ja-JP"/>
              </w:rPr>
              <w:t xml:space="preserve"> </w:t>
            </w:r>
            <w:r w:rsidRPr="008E4383">
              <w:rPr>
                <w:rFonts w:asciiTheme="majorEastAsia" w:eastAsiaTheme="majorEastAsia" w:hAnsiTheme="majorEastAsia" w:cs="ＭＳ 明朝" w:hint="eastAsia"/>
                <w:color w:val="000000"/>
                <w:sz w:val="24"/>
                <w:szCs w:val="24"/>
                <w:lang w:eastAsia="ja-JP"/>
              </w:rPr>
              <w:t xml:space="preserve">掲載を希望しない　　</w:t>
            </w:r>
            <w:r w:rsidRPr="008E4383">
              <w:rPr>
                <w:rFonts w:asciiTheme="majorEastAsia" w:eastAsiaTheme="majorEastAsia" w:hAnsiTheme="majorEastAsia" w:cs="Times New Roman"/>
                <w:color w:val="000000"/>
                <w:sz w:val="24"/>
                <w:szCs w:val="24"/>
                <w:lang w:eastAsia="ja-JP"/>
              </w:rPr>
              <w:t>□</w:t>
            </w:r>
            <w:r w:rsidRPr="008E4383">
              <w:rPr>
                <w:rFonts w:asciiTheme="majorEastAsia" w:eastAsiaTheme="majorEastAsia" w:hAnsiTheme="majorEastAsia"/>
                <w:color w:val="000000"/>
                <w:sz w:val="24"/>
                <w:szCs w:val="24"/>
                <w:lang w:eastAsia="ja-JP"/>
              </w:rPr>
              <w:t xml:space="preserve"> </w:t>
            </w:r>
            <w:r w:rsidRPr="008E4383">
              <w:rPr>
                <w:rFonts w:asciiTheme="majorEastAsia" w:eastAsiaTheme="majorEastAsia" w:hAnsiTheme="majorEastAsia" w:cs="ＭＳ 明朝" w:hint="eastAsia"/>
                <w:color w:val="000000"/>
                <w:sz w:val="24"/>
                <w:szCs w:val="24"/>
                <w:lang w:eastAsia="ja-JP"/>
              </w:rPr>
              <w:t>その他</w:t>
            </w:r>
          </w:p>
          <w:p w:rsidR="00CF5213" w:rsidRPr="008E4383" w:rsidRDefault="00000000" w:rsidP="00FC13C2">
            <w:pPr>
              <w:spacing w:line="360" w:lineRule="auto"/>
              <w:rPr>
                <w:rFonts w:asciiTheme="majorEastAsia" w:eastAsiaTheme="majorEastAsia" w:hAnsiTheme="majorEastAsia" w:cs="ＭＳ 明朝"/>
                <w:color w:val="000000"/>
                <w:sz w:val="24"/>
                <w:szCs w:val="24"/>
                <w:lang w:eastAsia="ja-JP"/>
              </w:rPr>
            </w:pPr>
            <w:r w:rsidRPr="008E4383">
              <w:rPr>
                <w:rFonts w:asciiTheme="majorEastAsia" w:eastAsiaTheme="majorEastAsia" w:hAnsiTheme="majorEastAsia" w:cs="ＭＳ 明朝" w:hint="eastAsia"/>
                <w:color w:val="000000"/>
                <w:sz w:val="24"/>
                <w:szCs w:val="24"/>
                <w:lang w:eastAsia="ja-JP"/>
              </w:rPr>
              <w:t xml:space="preserve">（　　　　　　　　　　</w:t>
            </w:r>
            <w:r w:rsidR="00FC13C2" w:rsidRPr="008E4383">
              <w:rPr>
                <w:rFonts w:asciiTheme="majorEastAsia" w:eastAsiaTheme="majorEastAsia" w:hAnsiTheme="majorEastAsia" w:cs="ＭＳ 明朝" w:hint="eastAsia"/>
                <w:color w:val="000000"/>
                <w:sz w:val="24"/>
                <w:szCs w:val="24"/>
                <w:lang w:eastAsia="ja-JP"/>
              </w:rPr>
              <w:t xml:space="preserve">　　　　　　　</w:t>
            </w:r>
            <w:r w:rsidRPr="008E4383">
              <w:rPr>
                <w:rFonts w:asciiTheme="majorEastAsia" w:eastAsiaTheme="majorEastAsia" w:hAnsiTheme="majorEastAsia" w:cs="ＭＳ 明朝" w:hint="eastAsia"/>
                <w:color w:val="000000"/>
                <w:sz w:val="24"/>
                <w:szCs w:val="24"/>
                <w:lang w:eastAsia="ja-JP"/>
              </w:rPr>
              <w:t xml:space="preserve">　　　</w:t>
            </w:r>
            <w:r w:rsidR="008E4383">
              <w:rPr>
                <w:rFonts w:asciiTheme="majorEastAsia" w:eastAsiaTheme="majorEastAsia" w:hAnsiTheme="majorEastAsia" w:cs="ＭＳ 明朝"/>
                <w:color w:val="000000"/>
                <w:sz w:val="24"/>
                <w:szCs w:val="24"/>
                <w:lang w:eastAsia="ja-JP"/>
              </w:rPr>
              <w:t xml:space="preserve">                 </w:t>
            </w:r>
            <w:r w:rsidRPr="008E4383">
              <w:rPr>
                <w:rFonts w:asciiTheme="majorEastAsia" w:eastAsiaTheme="majorEastAsia" w:hAnsiTheme="majorEastAsia" w:cs="ＭＳ 明朝" w:hint="eastAsia"/>
                <w:color w:val="000000"/>
                <w:sz w:val="24"/>
                <w:szCs w:val="24"/>
                <w:lang w:eastAsia="ja-JP"/>
              </w:rPr>
              <w:t xml:space="preserve">　）</w:t>
            </w:r>
          </w:p>
          <w:p w:rsidR="00FC13C2" w:rsidRPr="00FC13C2" w:rsidRDefault="00FC13C2" w:rsidP="00FC13C2">
            <w:pPr>
              <w:spacing w:line="360" w:lineRule="auto"/>
              <w:rPr>
                <w:rFonts w:ascii="Helvetica" w:hAnsi="Helvetica"/>
                <w:b/>
                <w:bCs/>
                <w:sz w:val="16"/>
                <w:szCs w:val="16"/>
                <w:lang w:eastAsia="ja-JP"/>
              </w:rPr>
            </w:pPr>
            <w:r w:rsidRPr="008E4383">
              <w:rPr>
                <w:rFonts w:asciiTheme="majorEastAsia" w:eastAsiaTheme="majorEastAsia" w:hAnsiTheme="majorEastAsia" w:cs="ＭＳ 明朝" w:hint="eastAsia"/>
                <w:b/>
                <w:bCs/>
                <w:color w:val="000000"/>
                <w:sz w:val="16"/>
                <w:szCs w:val="16"/>
                <w:lang w:eastAsia="ja-JP"/>
              </w:rPr>
              <w:t>※公式ポスターへの掲載は、</w:t>
            </w:r>
            <w:r w:rsidRPr="008E4383">
              <w:rPr>
                <w:rFonts w:asciiTheme="majorEastAsia" w:eastAsiaTheme="majorEastAsia" w:hAnsiTheme="majorEastAsia"/>
                <w:b/>
                <w:bCs/>
                <w:color w:val="000000"/>
                <w:sz w:val="16"/>
                <w:szCs w:val="16"/>
                <w:lang w:eastAsia="ja-JP"/>
              </w:rPr>
              <w:t xml:space="preserve"> 1</w:t>
            </w:r>
            <w:r w:rsidR="001630D3">
              <w:rPr>
                <w:rFonts w:asciiTheme="majorEastAsia" w:eastAsiaTheme="majorEastAsia" w:hAnsiTheme="majorEastAsia"/>
                <w:b/>
                <w:bCs/>
                <w:color w:val="000000"/>
                <w:sz w:val="16"/>
                <w:szCs w:val="16"/>
                <w:lang w:eastAsia="ja-JP"/>
              </w:rPr>
              <w:t>1</w:t>
            </w:r>
            <w:r w:rsidRPr="008E4383">
              <w:rPr>
                <w:rFonts w:asciiTheme="majorEastAsia" w:eastAsiaTheme="majorEastAsia" w:hAnsiTheme="majorEastAsia" w:cs="ＭＳ 明朝" w:hint="eastAsia"/>
                <w:b/>
                <w:bCs/>
                <w:color w:val="000000"/>
                <w:sz w:val="16"/>
                <w:szCs w:val="16"/>
                <w:lang w:eastAsia="ja-JP"/>
              </w:rPr>
              <w:t>月</w:t>
            </w:r>
            <w:r w:rsidR="001630D3">
              <w:rPr>
                <w:rFonts w:asciiTheme="majorEastAsia" w:eastAsiaTheme="majorEastAsia" w:hAnsiTheme="majorEastAsia"/>
                <w:b/>
                <w:bCs/>
                <w:color w:val="000000"/>
                <w:sz w:val="16"/>
                <w:szCs w:val="16"/>
                <w:lang w:eastAsia="ja-JP"/>
              </w:rPr>
              <w:t>15</w:t>
            </w:r>
            <w:r w:rsidRPr="008E4383">
              <w:rPr>
                <w:rFonts w:asciiTheme="majorEastAsia" w:eastAsiaTheme="majorEastAsia" w:hAnsiTheme="majorEastAsia" w:cs="ＭＳ 明朝" w:hint="eastAsia"/>
                <w:b/>
                <w:bCs/>
                <w:color w:val="000000"/>
                <w:sz w:val="16"/>
                <w:szCs w:val="16"/>
                <w:lang w:eastAsia="ja-JP"/>
              </w:rPr>
              <w:t>日（</w:t>
            </w:r>
            <w:r w:rsidR="001630D3">
              <w:rPr>
                <w:rFonts w:asciiTheme="majorEastAsia" w:eastAsiaTheme="majorEastAsia" w:hAnsiTheme="majorEastAsia" w:cs="ＭＳ 明朝" w:hint="eastAsia"/>
                <w:b/>
                <w:bCs/>
                <w:color w:val="000000"/>
                <w:sz w:val="16"/>
                <w:szCs w:val="16"/>
                <w:lang w:eastAsia="ja-JP"/>
              </w:rPr>
              <w:t>日</w:t>
            </w:r>
            <w:r w:rsidRPr="008E4383">
              <w:rPr>
                <w:rFonts w:asciiTheme="majorEastAsia" w:eastAsiaTheme="majorEastAsia" w:hAnsiTheme="majorEastAsia" w:cs="ＭＳ 明朝" w:hint="eastAsia"/>
                <w:b/>
                <w:bCs/>
                <w:color w:val="000000"/>
                <w:sz w:val="16"/>
                <w:szCs w:val="16"/>
                <w:lang w:eastAsia="ja-JP"/>
              </w:rPr>
              <w:t>）までに協賛のお申し込みをいただいた場合に限ります。</w:t>
            </w:r>
          </w:p>
        </w:tc>
      </w:tr>
      <w:tr w:rsidR="00CF5213" w:rsidRPr="001A3395" w:rsidTr="008E4383">
        <w:trPr>
          <w:trHeight w:val="730"/>
          <w:jc w:val="center"/>
        </w:trPr>
        <w:tc>
          <w:tcPr>
            <w:tcW w:w="1757" w:type="dxa"/>
            <w:tcBorders>
              <w:left w:val="single" w:sz="12" w:space="0" w:color="auto"/>
            </w:tcBorders>
            <w:tcMar>
              <w:top w:w="60" w:type="dxa"/>
              <w:left w:w="70" w:type="dxa"/>
              <w:bottom w:w="60" w:type="dxa"/>
              <w:right w:w="70" w:type="dxa"/>
            </w:tcMar>
            <w:vAlign w:val="center"/>
          </w:tcPr>
          <w:p w:rsidR="00CF5213" w:rsidRPr="00FC13C2" w:rsidRDefault="00000000">
            <w:pPr>
              <w:spacing w:line="259" w:lineRule="auto"/>
              <w:jc w:val="center"/>
              <w:rPr>
                <w:rFonts w:asciiTheme="majorEastAsia" w:eastAsiaTheme="majorEastAsia" w:hAnsiTheme="majorEastAsia"/>
                <w:sz w:val="24"/>
                <w:szCs w:val="24"/>
              </w:rPr>
            </w:pPr>
            <w:proofErr w:type="spellStart"/>
            <w:r w:rsidRPr="00FC13C2">
              <w:rPr>
                <w:rFonts w:asciiTheme="majorEastAsia" w:eastAsiaTheme="majorEastAsia" w:hAnsiTheme="majorEastAsia" w:cs="ＭＳ 明朝" w:hint="eastAsia"/>
                <w:color w:val="000000"/>
                <w:sz w:val="24"/>
                <w:szCs w:val="24"/>
              </w:rPr>
              <w:t>ご住所</w:t>
            </w:r>
            <w:proofErr w:type="spellEnd"/>
          </w:p>
        </w:tc>
        <w:tc>
          <w:tcPr>
            <w:tcW w:w="8333" w:type="dxa"/>
            <w:gridSpan w:val="3"/>
            <w:tcBorders>
              <w:right w:val="single" w:sz="12" w:space="0" w:color="auto"/>
            </w:tcBorders>
            <w:tcMar>
              <w:top w:w="60" w:type="dxa"/>
              <w:left w:w="70" w:type="dxa"/>
              <w:bottom w:w="60" w:type="dxa"/>
              <w:right w:w="70" w:type="dxa"/>
            </w:tcMar>
            <w:vAlign w:val="center"/>
          </w:tcPr>
          <w:p w:rsidR="00CF5213" w:rsidRPr="001A3395" w:rsidRDefault="00000000" w:rsidP="001A3395">
            <w:pPr>
              <w:rPr>
                <w:rFonts w:ascii="Helvetica" w:hAnsi="Helvetica"/>
                <w:color w:val="000000"/>
                <w:sz w:val="24"/>
                <w:szCs w:val="24"/>
                <w:lang w:eastAsia="ja-JP"/>
              </w:rPr>
            </w:pPr>
            <w:r w:rsidRPr="001A3395">
              <w:rPr>
                <w:rFonts w:ascii="ＭＳ 明朝" w:eastAsia="ＭＳ 明朝" w:hAnsi="ＭＳ 明朝" w:cs="ＭＳ 明朝" w:hint="eastAsia"/>
                <w:color w:val="000000"/>
                <w:sz w:val="24"/>
                <w:szCs w:val="24"/>
              </w:rPr>
              <w:t>〒</w:t>
            </w:r>
          </w:p>
          <w:p w:rsidR="001A3395" w:rsidRPr="001A3395" w:rsidRDefault="001A3395" w:rsidP="001A3395">
            <w:pPr>
              <w:rPr>
                <w:rFonts w:ascii="Helvetica" w:hAnsi="Helvetica"/>
                <w:color w:val="000000"/>
                <w:sz w:val="24"/>
                <w:szCs w:val="24"/>
                <w:lang w:eastAsia="ja-JP"/>
              </w:rPr>
            </w:pPr>
          </w:p>
          <w:p w:rsidR="001A3395" w:rsidRPr="001A3395" w:rsidRDefault="001A3395" w:rsidP="001A3395">
            <w:pPr>
              <w:rPr>
                <w:rFonts w:ascii="Helvetica" w:hAnsi="Helvetica"/>
                <w:sz w:val="24"/>
                <w:szCs w:val="24"/>
                <w:lang w:eastAsia="ja-JP"/>
              </w:rPr>
            </w:pPr>
          </w:p>
        </w:tc>
      </w:tr>
      <w:tr w:rsidR="008E4383" w:rsidRPr="001A3395" w:rsidTr="001A3395">
        <w:trPr>
          <w:jc w:val="center"/>
        </w:trPr>
        <w:tc>
          <w:tcPr>
            <w:tcW w:w="1757" w:type="dxa"/>
            <w:tcBorders>
              <w:left w:val="single" w:sz="12" w:space="0" w:color="auto"/>
            </w:tcBorders>
            <w:tcMar>
              <w:top w:w="60" w:type="dxa"/>
              <w:left w:w="70" w:type="dxa"/>
              <w:bottom w:w="60" w:type="dxa"/>
              <w:right w:w="70" w:type="dxa"/>
            </w:tcMar>
            <w:vAlign w:val="center"/>
          </w:tcPr>
          <w:p w:rsidR="00CF5213" w:rsidRPr="00FC13C2" w:rsidRDefault="00000000">
            <w:pPr>
              <w:spacing w:line="259" w:lineRule="auto"/>
              <w:jc w:val="center"/>
              <w:rPr>
                <w:rFonts w:asciiTheme="majorEastAsia" w:eastAsiaTheme="majorEastAsia" w:hAnsiTheme="majorEastAsia"/>
                <w:sz w:val="24"/>
                <w:szCs w:val="24"/>
              </w:rPr>
            </w:pPr>
            <w:proofErr w:type="spellStart"/>
            <w:r w:rsidRPr="00FC13C2">
              <w:rPr>
                <w:rFonts w:asciiTheme="majorEastAsia" w:eastAsiaTheme="majorEastAsia" w:hAnsiTheme="majorEastAsia" w:cs="ＭＳ 明朝" w:hint="eastAsia"/>
                <w:color w:val="000000"/>
                <w:sz w:val="24"/>
                <w:szCs w:val="24"/>
              </w:rPr>
              <w:t>電話番号</w:t>
            </w:r>
            <w:proofErr w:type="spellEnd"/>
          </w:p>
        </w:tc>
        <w:tc>
          <w:tcPr>
            <w:tcW w:w="3231" w:type="dxa"/>
            <w:tcMar>
              <w:top w:w="60" w:type="dxa"/>
              <w:left w:w="70" w:type="dxa"/>
              <w:bottom w:w="60" w:type="dxa"/>
              <w:right w:w="70" w:type="dxa"/>
            </w:tcMar>
            <w:vAlign w:val="center"/>
          </w:tcPr>
          <w:p w:rsidR="00CF5213" w:rsidRPr="001A3395" w:rsidRDefault="00CF5213">
            <w:pPr>
              <w:spacing w:line="259" w:lineRule="auto"/>
              <w:rPr>
                <w:rFonts w:ascii="Helvetica" w:hAnsi="Helvetica"/>
                <w:sz w:val="24"/>
                <w:szCs w:val="24"/>
              </w:rPr>
            </w:pPr>
          </w:p>
        </w:tc>
        <w:tc>
          <w:tcPr>
            <w:tcW w:w="1587" w:type="dxa"/>
            <w:tcMar>
              <w:top w:w="60" w:type="dxa"/>
              <w:left w:w="70" w:type="dxa"/>
              <w:bottom w:w="60" w:type="dxa"/>
              <w:right w:w="70" w:type="dxa"/>
            </w:tcMar>
            <w:vAlign w:val="center"/>
          </w:tcPr>
          <w:p w:rsidR="00CF5213" w:rsidRPr="008E4383" w:rsidRDefault="00000000">
            <w:pPr>
              <w:spacing w:line="259" w:lineRule="auto"/>
              <w:jc w:val="center"/>
              <w:rPr>
                <w:rFonts w:asciiTheme="majorEastAsia" w:eastAsiaTheme="majorEastAsia" w:hAnsiTheme="majorEastAsia"/>
                <w:sz w:val="24"/>
                <w:szCs w:val="24"/>
              </w:rPr>
            </w:pPr>
            <w:r w:rsidRPr="008E4383">
              <w:rPr>
                <w:rFonts w:asciiTheme="majorEastAsia" w:eastAsiaTheme="majorEastAsia" w:hAnsiTheme="majorEastAsia"/>
                <w:color w:val="000000"/>
                <w:sz w:val="24"/>
                <w:szCs w:val="24"/>
              </w:rPr>
              <w:t>FAX</w:t>
            </w:r>
            <w:r w:rsidRPr="008E4383">
              <w:rPr>
                <w:rFonts w:asciiTheme="majorEastAsia" w:eastAsiaTheme="majorEastAsia" w:hAnsiTheme="majorEastAsia" w:cs="ＭＳ 明朝" w:hint="eastAsia"/>
                <w:color w:val="000000"/>
                <w:sz w:val="24"/>
                <w:szCs w:val="24"/>
              </w:rPr>
              <w:t>番号</w:t>
            </w:r>
          </w:p>
        </w:tc>
        <w:tc>
          <w:tcPr>
            <w:tcW w:w="3515" w:type="dxa"/>
            <w:tcBorders>
              <w:right w:val="single" w:sz="12" w:space="0" w:color="auto"/>
            </w:tcBorders>
            <w:tcMar>
              <w:top w:w="60" w:type="dxa"/>
              <w:left w:w="70" w:type="dxa"/>
              <w:bottom w:w="60" w:type="dxa"/>
              <w:right w:w="70" w:type="dxa"/>
            </w:tcMar>
            <w:vAlign w:val="center"/>
          </w:tcPr>
          <w:p w:rsidR="00CF5213" w:rsidRPr="001A3395" w:rsidRDefault="00CF5213">
            <w:pPr>
              <w:spacing w:line="259" w:lineRule="auto"/>
              <w:rPr>
                <w:rFonts w:ascii="Helvetica" w:hAnsi="Helvetica"/>
                <w:sz w:val="24"/>
                <w:szCs w:val="24"/>
              </w:rPr>
            </w:pPr>
          </w:p>
        </w:tc>
      </w:tr>
      <w:tr w:rsidR="00CF5213" w:rsidRPr="001A3395" w:rsidTr="001A3395">
        <w:trPr>
          <w:jc w:val="center"/>
        </w:trPr>
        <w:tc>
          <w:tcPr>
            <w:tcW w:w="1757" w:type="dxa"/>
            <w:tcBorders>
              <w:left w:val="single" w:sz="12" w:space="0" w:color="auto"/>
            </w:tcBorders>
            <w:tcMar>
              <w:top w:w="60" w:type="dxa"/>
              <w:left w:w="70" w:type="dxa"/>
              <w:bottom w:w="60" w:type="dxa"/>
              <w:right w:w="70" w:type="dxa"/>
            </w:tcMar>
            <w:vAlign w:val="center"/>
          </w:tcPr>
          <w:p w:rsidR="00CF5213" w:rsidRPr="00FC13C2" w:rsidRDefault="00000000">
            <w:pPr>
              <w:spacing w:line="259" w:lineRule="auto"/>
              <w:jc w:val="center"/>
              <w:rPr>
                <w:rFonts w:asciiTheme="majorEastAsia" w:eastAsiaTheme="majorEastAsia" w:hAnsiTheme="majorEastAsia"/>
                <w:sz w:val="24"/>
                <w:szCs w:val="24"/>
              </w:rPr>
            </w:pPr>
            <w:r w:rsidRPr="00FC13C2">
              <w:rPr>
                <w:rFonts w:asciiTheme="majorEastAsia" w:eastAsiaTheme="majorEastAsia" w:hAnsiTheme="majorEastAsia"/>
                <w:color w:val="000000"/>
                <w:sz w:val="24"/>
                <w:szCs w:val="24"/>
              </w:rPr>
              <w:t>E-mail</w:t>
            </w:r>
          </w:p>
        </w:tc>
        <w:tc>
          <w:tcPr>
            <w:tcW w:w="8333" w:type="dxa"/>
            <w:gridSpan w:val="3"/>
            <w:tcBorders>
              <w:right w:val="single" w:sz="12" w:space="0" w:color="auto"/>
            </w:tcBorders>
            <w:tcMar>
              <w:top w:w="60" w:type="dxa"/>
              <w:left w:w="70" w:type="dxa"/>
              <w:bottom w:w="60" w:type="dxa"/>
              <w:right w:w="70" w:type="dxa"/>
            </w:tcMar>
            <w:vAlign w:val="center"/>
          </w:tcPr>
          <w:p w:rsidR="00CF5213" w:rsidRPr="001A3395" w:rsidRDefault="00CF5213">
            <w:pPr>
              <w:spacing w:line="259" w:lineRule="auto"/>
              <w:rPr>
                <w:rFonts w:ascii="Helvetica" w:hAnsi="Helvetica"/>
                <w:sz w:val="24"/>
                <w:szCs w:val="24"/>
              </w:rPr>
            </w:pPr>
          </w:p>
        </w:tc>
      </w:tr>
      <w:tr w:rsidR="008E4383" w:rsidRPr="001A3395" w:rsidTr="001A3395">
        <w:trPr>
          <w:jc w:val="center"/>
        </w:trPr>
        <w:tc>
          <w:tcPr>
            <w:tcW w:w="2579" w:type="dxa"/>
            <w:tcBorders>
              <w:left w:val="single" w:sz="12" w:space="0" w:color="auto"/>
              <w:bottom w:val="dotted" w:sz="4" w:space="0" w:color="auto"/>
            </w:tcBorders>
            <w:tcMar>
              <w:top w:w="55" w:type="dxa"/>
              <w:left w:w="70" w:type="dxa"/>
              <w:bottom w:w="55" w:type="dxa"/>
              <w:right w:w="70" w:type="dxa"/>
            </w:tcMar>
          </w:tcPr>
          <w:p w:rsidR="00CF5213" w:rsidRPr="00FC13C2" w:rsidRDefault="00000000">
            <w:pPr>
              <w:spacing w:line="259" w:lineRule="auto"/>
              <w:jc w:val="center"/>
              <w:rPr>
                <w:rFonts w:asciiTheme="majorEastAsia" w:eastAsiaTheme="majorEastAsia" w:hAnsiTheme="majorEastAsia"/>
                <w:sz w:val="24"/>
                <w:szCs w:val="24"/>
              </w:rPr>
            </w:pPr>
            <w:r w:rsidRPr="00FC13C2">
              <w:rPr>
                <w:rFonts w:asciiTheme="majorEastAsia" w:eastAsiaTheme="majorEastAsia" w:hAnsiTheme="majorEastAsia" w:cs="ＭＳ 明朝" w:hint="eastAsia"/>
                <w:color w:val="000000"/>
                <w:sz w:val="24"/>
                <w:szCs w:val="24"/>
              </w:rPr>
              <w:t>フリガナ</w:t>
            </w:r>
          </w:p>
        </w:tc>
        <w:tc>
          <w:tcPr>
            <w:tcW w:w="5158" w:type="dxa"/>
            <w:gridSpan w:val="2"/>
            <w:tcBorders>
              <w:bottom w:val="dotted" w:sz="4" w:space="0" w:color="auto"/>
            </w:tcBorders>
            <w:tcMar>
              <w:top w:w="55" w:type="dxa"/>
              <w:left w:w="70" w:type="dxa"/>
              <w:bottom w:w="55" w:type="dxa"/>
              <w:right w:w="70" w:type="dxa"/>
            </w:tcMar>
          </w:tcPr>
          <w:p w:rsidR="00CF5213" w:rsidRPr="001A3395" w:rsidRDefault="00CF5213">
            <w:pPr>
              <w:spacing w:line="259" w:lineRule="auto"/>
              <w:rPr>
                <w:rFonts w:ascii="Helvetica" w:hAnsi="Helvetica"/>
                <w:sz w:val="24"/>
                <w:szCs w:val="24"/>
              </w:rPr>
            </w:pPr>
          </w:p>
        </w:tc>
        <w:tc>
          <w:tcPr>
            <w:tcW w:w="2579" w:type="dxa"/>
            <w:vMerge w:val="restart"/>
            <w:tcBorders>
              <w:right w:val="single" w:sz="12" w:space="0" w:color="auto"/>
            </w:tcBorders>
            <w:tcMar>
              <w:top w:w="55" w:type="dxa"/>
              <w:left w:w="70" w:type="dxa"/>
              <w:bottom w:w="55" w:type="dxa"/>
              <w:right w:w="70" w:type="dxa"/>
            </w:tcMar>
          </w:tcPr>
          <w:p w:rsidR="00CF5213" w:rsidRPr="008E4383" w:rsidRDefault="00000000">
            <w:pPr>
              <w:spacing w:line="259" w:lineRule="auto"/>
              <w:rPr>
                <w:rFonts w:asciiTheme="majorEastAsia" w:eastAsiaTheme="majorEastAsia" w:hAnsiTheme="majorEastAsia"/>
                <w:sz w:val="24"/>
                <w:szCs w:val="24"/>
              </w:rPr>
            </w:pPr>
            <w:r w:rsidRPr="008E4383">
              <w:rPr>
                <w:rFonts w:asciiTheme="majorEastAsia" w:eastAsiaTheme="majorEastAsia" w:hAnsiTheme="majorEastAsia" w:cs="ＭＳ 明朝" w:hint="eastAsia"/>
                <w:color w:val="000000"/>
                <w:sz w:val="24"/>
                <w:szCs w:val="24"/>
              </w:rPr>
              <w:t>所属部署・役職名</w:t>
            </w:r>
          </w:p>
        </w:tc>
      </w:tr>
      <w:tr w:rsidR="008E4383" w:rsidRPr="001A3395" w:rsidTr="001A3395">
        <w:trPr>
          <w:jc w:val="center"/>
        </w:trPr>
        <w:tc>
          <w:tcPr>
            <w:tcW w:w="2579" w:type="dxa"/>
            <w:tcBorders>
              <w:top w:val="dotted" w:sz="4" w:space="0" w:color="auto"/>
              <w:left w:val="single" w:sz="12" w:space="0" w:color="auto"/>
              <w:bottom w:val="single" w:sz="12" w:space="0" w:color="auto"/>
            </w:tcBorders>
            <w:tcMar>
              <w:top w:w="55" w:type="dxa"/>
              <w:left w:w="70" w:type="dxa"/>
              <w:bottom w:w="55" w:type="dxa"/>
              <w:right w:w="70" w:type="dxa"/>
            </w:tcMar>
          </w:tcPr>
          <w:p w:rsidR="00CF5213" w:rsidRPr="00FC13C2" w:rsidRDefault="00000000">
            <w:pPr>
              <w:spacing w:line="259" w:lineRule="auto"/>
              <w:jc w:val="center"/>
              <w:rPr>
                <w:rFonts w:asciiTheme="majorEastAsia" w:eastAsiaTheme="majorEastAsia" w:hAnsiTheme="majorEastAsia"/>
                <w:sz w:val="24"/>
                <w:szCs w:val="24"/>
              </w:rPr>
            </w:pPr>
            <w:proofErr w:type="spellStart"/>
            <w:r w:rsidRPr="00FC13C2">
              <w:rPr>
                <w:rFonts w:asciiTheme="majorEastAsia" w:eastAsiaTheme="majorEastAsia" w:hAnsiTheme="majorEastAsia" w:cs="ＭＳ 明朝" w:hint="eastAsia"/>
                <w:color w:val="000000"/>
                <w:sz w:val="24"/>
                <w:szCs w:val="24"/>
              </w:rPr>
              <w:t>ご担当者名</w:t>
            </w:r>
            <w:proofErr w:type="spellEnd"/>
          </w:p>
        </w:tc>
        <w:tc>
          <w:tcPr>
            <w:tcW w:w="5158" w:type="dxa"/>
            <w:gridSpan w:val="2"/>
            <w:tcBorders>
              <w:top w:val="dotted" w:sz="4" w:space="0" w:color="auto"/>
              <w:bottom w:val="single" w:sz="12" w:space="0" w:color="auto"/>
            </w:tcBorders>
            <w:tcMar>
              <w:top w:w="55" w:type="dxa"/>
              <w:left w:w="70" w:type="dxa"/>
              <w:bottom w:w="55" w:type="dxa"/>
              <w:right w:w="70" w:type="dxa"/>
            </w:tcMar>
          </w:tcPr>
          <w:p w:rsidR="00CF5213" w:rsidRPr="001A3395" w:rsidRDefault="00CF5213">
            <w:pPr>
              <w:spacing w:line="259" w:lineRule="auto"/>
              <w:rPr>
                <w:rFonts w:ascii="Helvetica" w:hAnsi="Helvetica"/>
                <w:sz w:val="24"/>
                <w:szCs w:val="24"/>
              </w:rPr>
            </w:pPr>
          </w:p>
        </w:tc>
        <w:tc>
          <w:tcPr>
            <w:tcW w:w="2579" w:type="dxa"/>
            <w:vMerge/>
            <w:tcBorders>
              <w:bottom w:val="single" w:sz="12" w:space="0" w:color="auto"/>
              <w:right w:val="single" w:sz="12" w:space="0" w:color="auto"/>
            </w:tcBorders>
            <w:tcMar>
              <w:top w:w="55" w:type="dxa"/>
              <w:left w:w="70" w:type="dxa"/>
              <w:bottom w:w="55" w:type="dxa"/>
              <w:right w:w="70" w:type="dxa"/>
            </w:tcMar>
          </w:tcPr>
          <w:p w:rsidR="00CF5213" w:rsidRPr="001A3395" w:rsidRDefault="00CF5213">
            <w:pPr>
              <w:rPr>
                <w:rFonts w:ascii="Helvetica" w:hAnsi="Helvetica"/>
                <w:sz w:val="24"/>
                <w:szCs w:val="24"/>
              </w:rPr>
            </w:pPr>
          </w:p>
        </w:tc>
      </w:tr>
    </w:tbl>
    <w:p w:rsidR="001A3395" w:rsidRDefault="001A3395">
      <w:pPr>
        <w:spacing w:after="20" w:line="259" w:lineRule="auto"/>
        <w:rPr>
          <w:rFonts w:ascii="ＭＳ 明朝" w:eastAsia="ＭＳ 明朝" w:hAnsi="ＭＳ 明朝" w:cs="ＭＳ 明朝"/>
          <w:color w:val="000000"/>
          <w:sz w:val="24"/>
          <w:szCs w:val="24"/>
          <w:lang w:eastAsia="ja-JP"/>
        </w:rPr>
      </w:pPr>
    </w:p>
    <w:p w:rsidR="00CF5213" w:rsidRPr="008E4383" w:rsidRDefault="00000000">
      <w:pPr>
        <w:spacing w:after="20" w:line="259" w:lineRule="auto"/>
        <w:rPr>
          <w:rFonts w:asciiTheme="majorEastAsia" w:eastAsiaTheme="majorEastAsia" w:hAnsiTheme="majorEastAsia"/>
          <w:sz w:val="24"/>
          <w:szCs w:val="24"/>
          <w:lang w:eastAsia="ja-JP"/>
        </w:rPr>
      </w:pPr>
      <w:r w:rsidRPr="008E4383">
        <w:rPr>
          <w:rFonts w:asciiTheme="majorEastAsia" w:eastAsiaTheme="majorEastAsia" w:hAnsiTheme="majorEastAsia" w:cs="ＭＳ 明朝" w:hint="eastAsia"/>
          <w:color w:val="000000"/>
          <w:sz w:val="24"/>
          <w:szCs w:val="24"/>
          <w:lang w:eastAsia="ja-JP"/>
        </w:rPr>
        <w:t xml:space="preserve">ご協賛内容　</w:t>
      </w:r>
      <w:r w:rsidRPr="008E4383">
        <w:rPr>
          <w:rFonts w:asciiTheme="majorEastAsia" w:eastAsiaTheme="majorEastAsia" w:hAnsiTheme="majorEastAsia"/>
          <w:color w:val="000000"/>
          <w:sz w:val="24"/>
          <w:szCs w:val="24"/>
          <w:lang w:eastAsia="ja-JP"/>
        </w:rPr>
        <w:t>※</w:t>
      </w:r>
      <w:r w:rsidRPr="008E4383">
        <w:rPr>
          <w:rFonts w:asciiTheme="majorEastAsia" w:eastAsiaTheme="majorEastAsia" w:hAnsiTheme="majorEastAsia" w:cs="ＭＳ 明朝" w:hint="eastAsia"/>
          <w:color w:val="000000"/>
          <w:sz w:val="24"/>
          <w:szCs w:val="24"/>
          <w:lang w:eastAsia="ja-JP"/>
        </w:rPr>
        <w:t>詳細は、協賛のご案内をご参照ください。</w:t>
      </w:r>
    </w:p>
    <w:tbl>
      <w:tblPr>
        <w:tblStyle w:val="afe"/>
        <w:tblW w:w="0" w:type="auto"/>
        <w:jc w:val="center"/>
        <w:tblLook w:val="04A0" w:firstRow="1" w:lastRow="0" w:firstColumn="1" w:lastColumn="0" w:noHBand="0" w:noVBand="1"/>
      </w:tblPr>
      <w:tblGrid>
        <w:gridCol w:w="1837"/>
        <w:gridCol w:w="8451"/>
      </w:tblGrid>
      <w:tr w:rsidR="00CF5213" w:rsidRPr="001A3395" w:rsidTr="007F050E">
        <w:trPr>
          <w:trHeight w:val="440"/>
          <w:jc w:val="center"/>
        </w:trPr>
        <w:tc>
          <w:tcPr>
            <w:tcW w:w="10318" w:type="dxa"/>
            <w:gridSpan w:val="2"/>
            <w:tcBorders>
              <w:top w:val="single" w:sz="12" w:space="0" w:color="auto"/>
              <w:left w:val="single" w:sz="12" w:space="0" w:color="auto"/>
              <w:right w:val="single" w:sz="12" w:space="0" w:color="auto"/>
            </w:tcBorders>
            <w:vAlign w:val="center"/>
          </w:tcPr>
          <w:p w:rsidR="00CF5213" w:rsidRPr="008E4383" w:rsidRDefault="008E4383" w:rsidP="007F050E">
            <w:pPr>
              <w:jc w:val="both"/>
              <w:rPr>
                <w:rFonts w:asciiTheme="majorEastAsia" w:eastAsiaTheme="majorEastAsia" w:hAnsiTheme="majorEastAsia"/>
                <w:sz w:val="24"/>
                <w:szCs w:val="24"/>
                <w:lang w:eastAsia="ja-JP"/>
              </w:rPr>
            </w:pPr>
            <w:r w:rsidRPr="008E4383">
              <w:rPr>
                <w:rFonts w:asciiTheme="majorEastAsia" w:eastAsiaTheme="majorEastAsia" w:hAnsiTheme="majorEastAsia" w:cs="ＭＳ 明朝" w:hint="eastAsia"/>
                <w:color w:val="000000"/>
                <w:sz w:val="27"/>
                <w:szCs w:val="27"/>
                <w:lang w:eastAsia="ja-JP"/>
              </w:rPr>
              <w:t>ご希望の番号にチェックしてください。</w:t>
            </w:r>
          </w:p>
        </w:tc>
      </w:tr>
      <w:tr w:rsidR="00CF5213" w:rsidRPr="001A3395" w:rsidTr="00447C0B">
        <w:trPr>
          <w:trHeight w:val="2578"/>
          <w:jc w:val="center"/>
        </w:trPr>
        <w:tc>
          <w:tcPr>
            <w:tcW w:w="1843" w:type="dxa"/>
            <w:tcBorders>
              <w:left w:val="single" w:sz="12" w:space="0" w:color="auto"/>
              <w:bottom w:val="single" w:sz="12" w:space="0" w:color="auto"/>
            </w:tcBorders>
            <w:shd w:val="clear" w:color="auto" w:fill="D9D9D9" w:themeFill="background1" w:themeFillShade="D9"/>
            <w:tcMar>
              <w:top w:w="100" w:type="dxa"/>
              <w:left w:w="90" w:type="dxa"/>
              <w:bottom w:w="100" w:type="dxa"/>
              <w:right w:w="90" w:type="dxa"/>
            </w:tcMar>
            <w:vAlign w:val="center"/>
          </w:tcPr>
          <w:p w:rsidR="00CF5213" w:rsidRPr="008E4383" w:rsidRDefault="00000000" w:rsidP="007F050E">
            <w:pPr>
              <w:spacing w:line="259" w:lineRule="auto"/>
              <w:jc w:val="center"/>
              <w:rPr>
                <w:rFonts w:asciiTheme="majorEastAsia" w:eastAsiaTheme="majorEastAsia" w:hAnsiTheme="majorEastAsia"/>
                <w:sz w:val="24"/>
                <w:szCs w:val="24"/>
              </w:rPr>
            </w:pPr>
            <w:proofErr w:type="spellStart"/>
            <w:r w:rsidRPr="008E4383">
              <w:rPr>
                <w:rFonts w:asciiTheme="majorEastAsia" w:eastAsiaTheme="majorEastAsia" w:hAnsiTheme="majorEastAsia" w:cs="ＭＳ 明朝" w:hint="eastAsia"/>
                <w:color w:val="000000"/>
                <w:sz w:val="24"/>
                <w:szCs w:val="24"/>
              </w:rPr>
              <w:t>協賛内容</w:t>
            </w:r>
            <w:proofErr w:type="spellEnd"/>
          </w:p>
        </w:tc>
        <w:tc>
          <w:tcPr>
            <w:tcW w:w="8475" w:type="dxa"/>
            <w:tcBorders>
              <w:bottom w:val="single" w:sz="12" w:space="0" w:color="auto"/>
              <w:right w:val="single" w:sz="12" w:space="0" w:color="auto"/>
            </w:tcBorders>
            <w:tcMar>
              <w:top w:w="100" w:type="dxa"/>
              <w:left w:w="90" w:type="dxa"/>
              <w:bottom w:w="100" w:type="dxa"/>
              <w:right w:w="90" w:type="dxa"/>
            </w:tcMar>
          </w:tcPr>
          <w:p w:rsidR="00CF5213" w:rsidRPr="008E4383" w:rsidRDefault="00FC13C2" w:rsidP="008E4383">
            <w:pPr>
              <w:rPr>
                <w:rFonts w:ascii="ヒラギノ角ゴ ProN W6" w:eastAsia="ヒラギノ角ゴ ProN W6" w:hAnsi="ヒラギノ角ゴ ProN W6"/>
                <w:b/>
                <w:bCs/>
                <w:sz w:val="24"/>
                <w:szCs w:val="24"/>
                <w:lang w:eastAsia="ja-JP"/>
              </w:rPr>
            </w:pPr>
            <w:r w:rsidRPr="008E4383">
              <w:rPr>
                <w:rFonts w:ascii="ヒラギノ角ゴ ProN W6" w:eastAsia="ヒラギノ角ゴ ProN W6" w:hAnsi="ヒラギノ角ゴ ProN W6" w:cs="Times New Roman" w:hint="eastAsia"/>
                <w:b/>
                <w:bCs/>
                <w:color w:val="000000"/>
                <w:sz w:val="36"/>
                <w:szCs w:val="36"/>
                <w:lang w:eastAsia="ja-JP"/>
              </w:rPr>
              <w:t xml:space="preserve">□ </w:t>
            </w:r>
            <w:r w:rsidRPr="008E4383">
              <w:rPr>
                <w:rFonts w:ascii="ヒラギノ角ゴ ProN W6" w:eastAsia="ヒラギノ角ゴ ProN W6" w:hAnsi="ヒラギノ角ゴ ProN W6" w:cs="Cambria Math" w:hint="eastAsia"/>
                <w:b/>
                <w:bCs/>
                <w:color w:val="000000"/>
                <w:sz w:val="24"/>
                <w:szCs w:val="24"/>
              </w:rPr>
              <w:t xml:space="preserve">① </w:t>
            </w:r>
            <w:r w:rsidR="008E4383" w:rsidRPr="008E4383">
              <w:rPr>
                <w:rFonts w:ascii="ヒラギノ角ゴ ProN W6" w:eastAsia="ヒラギノ角ゴ ProN W6" w:hAnsi="ヒラギノ角ゴ ProN W6" w:cs="Cambria Math" w:hint="eastAsia"/>
                <w:b/>
                <w:bCs/>
                <w:color w:val="000000"/>
                <w:sz w:val="24"/>
                <w:szCs w:val="24"/>
              </w:rPr>
              <w:t xml:space="preserve">  </w:t>
            </w:r>
            <w:r w:rsidRPr="008E4383">
              <w:rPr>
                <w:rFonts w:ascii="ヒラギノ角ゴ ProN W6" w:eastAsia="ヒラギノ角ゴ ProN W6" w:hAnsi="ヒラギノ角ゴ ProN W6" w:cs="Cambria Math" w:hint="eastAsia"/>
                <w:b/>
                <w:bCs/>
                <w:color w:val="000000"/>
                <w:sz w:val="24"/>
                <w:szCs w:val="24"/>
              </w:rPr>
              <w:t xml:space="preserve"> </w:t>
            </w:r>
            <w:r w:rsidRPr="008E4383">
              <w:rPr>
                <w:rFonts w:ascii="ヒラギノ角ゴ ProN W6" w:eastAsia="ヒラギノ角ゴ ProN W6" w:hAnsi="ヒラギノ角ゴ ProN W6" w:hint="eastAsia"/>
                <w:b/>
                <w:bCs/>
                <w:color w:val="000000"/>
                <w:sz w:val="24"/>
                <w:szCs w:val="24"/>
              </w:rPr>
              <w:t>1</w:t>
            </w:r>
            <w:r w:rsidRPr="008E4383">
              <w:rPr>
                <w:rFonts w:ascii="ヒラギノ角ゴ ProN W6" w:eastAsia="ヒラギノ角ゴ ProN W6" w:hAnsi="ヒラギノ角ゴ ProN W6" w:cs="ＭＳ 明朝" w:hint="eastAsia"/>
                <w:b/>
                <w:bCs/>
                <w:color w:val="000000"/>
                <w:sz w:val="24"/>
                <w:szCs w:val="24"/>
              </w:rPr>
              <w:t>万円</w:t>
            </w:r>
            <w:r w:rsidRPr="008E4383">
              <w:rPr>
                <w:rFonts w:ascii="ヒラギノ角ゴ ProN W6" w:eastAsia="ヒラギノ角ゴ ProN W6" w:hAnsi="ヒラギノ角ゴ ProN W6" w:hint="eastAsia"/>
                <w:b/>
                <w:bCs/>
                <w:color w:val="000000"/>
                <w:sz w:val="24"/>
                <w:szCs w:val="24"/>
              </w:rPr>
              <w:t xml:space="preserve"> SUPPORTER</w:t>
            </w:r>
            <w:r w:rsidRPr="008E4383">
              <w:rPr>
                <w:rFonts w:ascii="ヒラギノ角ゴ ProN W6" w:eastAsia="ヒラギノ角ゴ ProN W6" w:hAnsi="ヒラギノ角ゴ ProN W6" w:hint="eastAsia"/>
                <w:b/>
                <w:bCs/>
                <w:color w:val="000000"/>
                <w:sz w:val="24"/>
                <w:szCs w:val="24"/>
              </w:rPr>
              <w:br/>
            </w:r>
            <w:r w:rsidRPr="008E4383">
              <w:rPr>
                <w:rFonts w:ascii="ヒラギノ角ゴ ProN W6" w:eastAsia="ヒラギノ角ゴ ProN W6" w:hAnsi="ヒラギノ角ゴ ProN W6" w:cs="Times New Roman" w:hint="eastAsia"/>
                <w:b/>
                <w:bCs/>
                <w:color w:val="000000"/>
                <w:sz w:val="36"/>
                <w:szCs w:val="36"/>
                <w:lang w:eastAsia="ja-JP"/>
              </w:rPr>
              <w:t xml:space="preserve">□ </w:t>
            </w:r>
            <w:r w:rsidRPr="008E4383">
              <w:rPr>
                <w:rFonts w:ascii="ヒラギノ角ゴ ProN W6" w:eastAsia="ヒラギノ角ゴ ProN W6" w:hAnsi="ヒラギノ角ゴ ProN W6" w:cs="Cambria Math" w:hint="eastAsia"/>
                <w:b/>
                <w:bCs/>
                <w:color w:val="000000"/>
                <w:sz w:val="24"/>
                <w:szCs w:val="24"/>
              </w:rPr>
              <w:t>②</w:t>
            </w:r>
            <w:r w:rsidRPr="008E4383">
              <w:rPr>
                <w:rFonts w:ascii="ヒラギノ角ゴ ProN W6" w:eastAsia="ヒラギノ角ゴ ProN W6" w:hAnsi="ヒラギノ角ゴ ProN W6" w:cs="ＭＳ 明朝" w:hint="eastAsia"/>
                <w:b/>
                <w:bCs/>
                <w:color w:val="000000"/>
                <w:sz w:val="24"/>
                <w:szCs w:val="24"/>
              </w:rPr>
              <w:t xml:space="preserve">　  </w:t>
            </w:r>
            <w:r w:rsidRPr="008E4383">
              <w:rPr>
                <w:rFonts w:ascii="ヒラギノ角ゴ ProN W6" w:eastAsia="ヒラギノ角ゴ ProN W6" w:hAnsi="ヒラギノ角ゴ ProN W6" w:hint="eastAsia"/>
                <w:b/>
                <w:bCs/>
                <w:color w:val="000000"/>
                <w:sz w:val="24"/>
                <w:szCs w:val="24"/>
              </w:rPr>
              <w:t>5</w:t>
            </w:r>
            <w:r w:rsidRPr="008E4383">
              <w:rPr>
                <w:rFonts w:ascii="ヒラギノ角ゴ ProN W6" w:eastAsia="ヒラギノ角ゴ ProN W6" w:hAnsi="ヒラギノ角ゴ ProN W6" w:cs="ＭＳ 明朝" w:hint="eastAsia"/>
                <w:b/>
                <w:bCs/>
                <w:color w:val="000000"/>
                <w:sz w:val="24"/>
                <w:szCs w:val="24"/>
              </w:rPr>
              <w:t>万円</w:t>
            </w:r>
            <w:r w:rsidRPr="008E4383">
              <w:rPr>
                <w:rFonts w:ascii="ヒラギノ角ゴ ProN W6" w:eastAsia="ヒラギノ角ゴ ProN W6" w:hAnsi="ヒラギノ角ゴ ProN W6" w:hint="eastAsia"/>
                <w:b/>
                <w:bCs/>
                <w:color w:val="000000"/>
                <w:sz w:val="24"/>
                <w:szCs w:val="24"/>
              </w:rPr>
              <w:t>BRONZE</w:t>
            </w:r>
            <w:r w:rsidRPr="008E4383">
              <w:rPr>
                <w:rFonts w:ascii="ヒラギノ角ゴ ProN W6" w:eastAsia="ヒラギノ角ゴ ProN W6" w:hAnsi="ヒラギノ角ゴ ProN W6" w:hint="eastAsia"/>
                <w:b/>
                <w:bCs/>
                <w:color w:val="000000"/>
                <w:sz w:val="24"/>
                <w:szCs w:val="24"/>
              </w:rPr>
              <w:br/>
            </w:r>
            <w:r w:rsidRPr="008E4383">
              <w:rPr>
                <w:rFonts w:ascii="ヒラギノ角ゴ ProN W6" w:eastAsia="ヒラギノ角ゴ ProN W6" w:hAnsi="ヒラギノ角ゴ ProN W6" w:cs="Times New Roman" w:hint="eastAsia"/>
                <w:b/>
                <w:bCs/>
                <w:color w:val="000000"/>
                <w:sz w:val="36"/>
                <w:szCs w:val="36"/>
                <w:lang w:eastAsia="ja-JP"/>
              </w:rPr>
              <w:t xml:space="preserve">□ </w:t>
            </w:r>
            <w:r w:rsidRPr="008E4383">
              <w:rPr>
                <w:rFonts w:ascii="ヒラギノ角ゴ ProN W6" w:eastAsia="ヒラギノ角ゴ ProN W6" w:hAnsi="ヒラギノ角ゴ ProN W6" w:cs="Cambria Math" w:hint="eastAsia"/>
                <w:b/>
                <w:bCs/>
                <w:color w:val="000000"/>
                <w:sz w:val="24"/>
                <w:szCs w:val="24"/>
              </w:rPr>
              <w:t>③</w:t>
            </w:r>
            <w:r w:rsidRPr="008E4383">
              <w:rPr>
                <w:rFonts w:ascii="ヒラギノ角ゴ ProN W6" w:eastAsia="ヒラギノ角ゴ ProN W6" w:hAnsi="ヒラギノ角ゴ ProN W6" w:cs="ＭＳ 明朝" w:hint="eastAsia"/>
                <w:b/>
                <w:bCs/>
                <w:color w:val="000000"/>
                <w:sz w:val="24"/>
                <w:szCs w:val="24"/>
              </w:rPr>
              <w:t xml:space="preserve">　 </w:t>
            </w:r>
            <w:r w:rsidRPr="008E4383">
              <w:rPr>
                <w:rFonts w:ascii="ヒラギノ角ゴ ProN W6" w:eastAsia="ヒラギノ角ゴ ProN W6" w:hAnsi="ヒラギノ角ゴ ProN W6" w:hint="eastAsia"/>
                <w:b/>
                <w:bCs/>
                <w:color w:val="000000"/>
                <w:sz w:val="24"/>
                <w:szCs w:val="24"/>
              </w:rPr>
              <w:t>10</w:t>
            </w:r>
            <w:r w:rsidRPr="008E4383">
              <w:rPr>
                <w:rFonts w:ascii="ヒラギノ角ゴ ProN W6" w:eastAsia="ヒラギノ角ゴ ProN W6" w:hAnsi="ヒラギノ角ゴ ProN W6" w:cs="ＭＳ 明朝" w:hint="eastAsia"/>
                <w:b/>
                <w:bCs/>
                <w:color w:val="000000"/>
                <w:sz w:val="24"/>
                <w:szCs w:val="24"/>
              </w:rPr>
              <w:t>万円</w:t>
            </w:r>
            <w:r w:rsidRPr="008E4383">
              <w:rPr>
                <w:rFonts w:ascii="ヒラギノ角ゴ ProN W6" w:eastAsia="ヒラギノ角ゴ ProN W6" w:hAnsi="ヒラギノ角ゴ ProN W6" w:hint="eastAsia"/>
                <w:b/>
                <w:bCs/>
                <w:color w:val="000000"/>
                <w:sz w:val="24"/>
                <w:szCs w:val="24"/>
              </w:rPr>
              <w:t>SILVER</w:t>
            </w:r>
            <w:r w:rsidRPr="008E4383">
              <w:rPr>
                <w:rFonts w:ascii="ヒラギノ角ゴ ProN W6" w:eastAsia="ヒラギノ角ゴ ProN W6" w:hAnsi="ヒラギノ角ゴ ProN W6" w:hint="eastAsia"/>
                <w:b/>
                <w:bCs/>
                <w:color w:val="000000"/>
                <w:sz w:val="24"/>
                <w:szCs w:val="24"/>
              </w:rPr>
              <w:br/>
            </w:r>
            <w:r w:rsidRPr="008E4383">
              <w:rPr>
                <w:rFonts w:ascii="ヒラギノ角ゴ ProN W6" w:eastAsia="ヒラギノ角ゴ ProN W6" w:hAnsi="ヒラギノ角ゴ ProN W6" w:cs="Times New Roman" w:hint="eastAsia"/>
                <w:b/>
                <w:bCs/>
                <w:color w:val="000000"/>
                <w:sz w:val="36"/>
                <w:szCs w:val="36"/>
                <w:lang w:eastAsia="ja-JP"/>
              </w:rPr>
              <w:t xml:space="preserve">□ </w:t>
            </w:r>
            <w:r w:rsidRPr="008E4383">
              <w:rPr>
                <w:rFonts w:ascii="ヒラギノ角ゴ ProN W6" w:eastAsia="ヒラギノ角ゴ ProN W6" w:hAnsi="ヒラギノ角ゴ ProN W6" w:cs="Cambria Math" w:hint="eastAsia"/>
                <w:b/>
                <w:bCs/>
                <w:color w:val="000000"/>
                <w:sz w:val="24"/>
                <w:szCs w:val="24"/>
              </w:rPr>
              <w:t>④</w:t>
            </w:r>
            <w:r w:rsidRPr="008E4383">
              <w:rPr>
                <w:rFonts w:ascii="ヒラギノ角ゴ ProN W6" w:eastAsia="ヒラギノ角ゴ ProN W6" w:hAnsi="ヒラギノ角ゴ ProN W6" w:cs="ＭＳ 明朝" w:hint="eastAsia"/>
                <w:b/>
                <w:bCs/>
                <w:color w:val="000000"/>
                <w:sz w:val="24"/>
                <w:szCs w:val="24"/>
              </w:rPr>
              <w:t xml:space="preserve">　 </w:t>
            </w:r>
            <w:r w:rsidRPr="008E4383">
              <w:rPr>
                <w:rFonts w:ascii="ヒラギノ角ゴ ProN W6" w:eastAsia="ヒラギノ角ゴ ProN W6" w:hAnsi="ヒラギノ角ゴ ProN W6" w:hint="eastAsia"/>
                <w:b/>
                <w:bCs/>
                <w:color w:val="000000"/>
                <w:sz w:val="24"/>
                <w:szCs w:val="24"/>
              </w:rPr>
              <w:t>30</w:t>
            </w:r>
            <w:r w:rsidRPr="008E4383">
              <w:rPr>
                <w:rFonts w:ascii="ヒラギノ角ゴ ProN W6" w:eastAsia="ヒラギノ角ゴ ProN W6" w:hAnsi="ヒラギノ角ゴ ProN W6" w:cs="ＭＳ 明朝" w:hint="eastAsia"/>
                <w:b/>
                <w:bCs/>
                <w:color w:val="000000"/>
                <w:sz w:val="24"/>
                <w:szCs w:val="24"/>
              </w:rPr>
              <w:t>万円</w:t>
            </w:r>
            <w:r w:rsidRPr="008E4383">
              <w:rPr>
                <w:rFonts w:ascii="ヒラギノ角ゴ ProN W6" w:eastAsia="ヒラギノ角ゴ ProN W6" w:hAnsi="ヒラギノ角ゴ ProN W6" w:hint="eastAsia"/>
                <w:b/>
                <w:bCs/>
                <w:color w:val="000000"/>
                <w:sz w:val="24"/>
                <w:szCs w:val="24"/>
              </w:rPr>
              <w:t>GOLD</w:t>
            </w:r>
            <w:r w:rsidRPr="008E4383">
              <w:rPr>
                <w:rFonts w:ascii="ヒラギノ角ゴ ProN W6" w:eastAsia="ヒラギノ角ゴ ProN W6" w:hAnsi="ヒラギノ角ゴ ProN W6" w:cs="ＭＳ 明朝" w:hint="eastAsia"/>
                <w:b/>
                <w:bCs/>
                <w:color w:val="000000"/>
                <w:sz w:val="24"/>
                <w:szCs w:val="24"/>
              </w:rPr>
              <w:t xml:space="preserve">　</w:t>
            </w:r>
            <w:proofErr w:type="spellStart"/>
            <w:r w:rsidRPr="008E4383">
              <w:rPr>
                <w:rFonts w:ascii="ヒラギノ角ゴ ProN W6" w:eastAsia="ヒラギノ角ゴ ProN W6" w:hAnsi="ヒラギノ角ゴ ProN W6" w:cs="ＭＳ 明朝" w:hint="eastAsia"/>
                <w:b/>
                <w:bCs/>
                <w:color w:val="000000"/>
                <w:sz w:val="16"/>
                <w:szCs w:val="16"/>
              </w:rPr>
              <w:t>メッセージ音楽花火</w:t>
            </w:r>
            <w:proofErr w:type="spellEnd"/>
            <w:r w:rsidRPr="008E4383">
              <w:rPr>
                <w:rFonts w:ascii="ヒラギノ角ゴ ProN W6" w:eastAsia="ヒラギノ角ゴ ProN W6" w:hAnsi="ヒラギノ角ゴ ProN W6" w:hint="eastAsia"/>
                <w:b/>
                <w:bCs/>
                <w:color w:val="000000"/>
                <w:sz w:val="16"/>
                <w:szCs w:val="16"/>
              </w:rPr>
              <w:t xml:space="preserve"> </w:t>
            </w:r>
            <w:r w:rsidRPr="008E4383">
              <w:rPr>
                <w:rFonts w:ascii="ヒラギノ角ゴ ProN W6" w:eastAsia="ヒラギノ角ゴ ProN W6" w:hAnsi="ヒラギノ角ゴ ProN W6" w:cs="ＭＳ 明朝" w:hint="eastAsia"/>
                <w:b/>
                <w:bCs/>
                <w:color w:val="000000"/>
                <w:sz w:val="16"/>
                <w:szCs w:val="16"/>
              </w:rPr>
              <w:t>約</w:t>
            </w:r>
            <w:r w:rsidRPr="008E4383">
              <w:rPr>
                <w:rFonts w:ascii="ヒラギノ角ゴ ProN W6" w:eastAsia="ヒラギノ角ゴ ProN W6" w:hAnsi="ヒラギノ角ゴ ProN W6" w:hint="eastAsia"/>
                <w:b/>
                <w:bCs/>
                <w:color w:val="000000"/>
                <w:sz w:val="16"/>
                <w:szCs w:val="16"/>
              </w:rPr>
              <w:t>40</w:t>
            </w:r>
            <w:r w:rsidRPr="008E4383">
              <w:rPr>
                <w:rFonts w:ascii="ヒラギノ角ゴ ProN W6" w:eastAsia="ヒラギノ角ゴ ProN W6" w:hAnsi="ヒラギノ角ゴ ProN W6" w:cs="ＭＳ 明朝" w:hint="eastAsia"/>
                <w:b/>
                <w:bCs/>
                <w:color w:val="000000"/>
                <w:sz w:val="16"/>
                <w:szCs w:val="16"/>
              </w:rPr>
              <w:t>秒</w:t>
            </w:r>
            <w:r w:rsidR="008E4383">
              <w:rPr>
                <w:rFonts w:ascii="ヒラギノ角ゴ ProN W6" w:eastAsia="ヒラギノ角ゴ ProN W6" w:hAnsi="ヒラギノ角ゴ ProN W6" w:cs="ＭＳ 明朝"/>
                <w:b/>
                <w:bCs/>
                <w:color w:val="000000"/>
                <w:sz w:val="16"/>
                <w:szCs w:val="16"/>
              </w:rPr>
              <w:t xml:space="preserve"> /</w:t>
            </w:r>
            <w:r w:rsidRPr="008E4383">
              <w:rPr>
                <w:rFonts w:ascii="ヒラギノ角ゴ ProN W6" w:eastAsia="ヒラギノ角ゴ ProN W6" w:hAnsi="ヒラギノ角ゴ ProN W6" w:hint="eastAsia"/>
                <w:b/>
                <w:bCs/>
                <w:color w:val="000000"/>
                <w:sz w:val="16"/>
                <w:szCs w:val="16"/>
              </w:rPr>
              <w:t xml:space="preserve"> </w:t>
            </w:r>
            <w:r w:rsidRPr="008E4383">
              <w:rPr>
                <w:rFonts w:ascii="ヒラギノ角ゴ ProN W6" w:eastAsia="ヒラギノ角ゴ ProN W6" w:hAnsi="ヒラギノ角ゴ ProN W6" w:cs="ＭＳ 明朝" w:hint="eastAsia"/>
                <w:b/>
                <w:bCs/>
                <w:color w:val="000000"/>
                <w:sz w:val="16"/>
                <w:szCs w:val="16"/>
              </w:rPr>
              <w:t>出店</w:t>
            </w:r>
            <w:r w:rsidRPr="008E4383">
              <w:rPr>
                <w:rFonts w:ascii="ヒラギノ角ゴ ProN W6" w:eastAsia="ヒラギノ角ゴ ProN W6" w:hAnsi="ヒラギノ角ゴ ProN W6" w:hint="eastAsia"/>
                <w:b/>
                <w:bCs/>
                <w:color w:val="000000"/>
                <w:sz w:val="16"/>
                <w:szCs w:val="16"/>
              </w:rPr>
              <w:t>1</w:t>
            </w:r>
            <w:r w:rsidRPr="008E4383">
              <w:rPr>
                <w:rFonts w:ascii="ヒラギノ角ゴ ProN W6" w:eastAsia="ヒラギノ角ゴ ProN W6" w:hAnsi="ヒラギノ角ゴ ProN W6" w:cs="ＭＳ 明朝" w:hint="eastAsia"/>
                <w:b/>
                <w:bCs/>
                <w:color w:val="000000"/>
                <w:sz w:val="16"/>
                <w:szCs w:val="16"/>
              </w:rPr>
              <w:t>ブース</w:t>
            </w:r>
            <w:r w:rsidR="000E7D2C">
              <w:rPr>
                <w:rFonts w:ascii="ヒラギノ角ゴ ProN W6" w:eastAsia="ヒラギノ角ゴ ProN W6" w:hAnsi="ヒラギノ角ゴ ProN W6" w:cs="ＭＳ 明朝" w:hint="eastAsia"/>
                <w:b/>
                <w:bCs/>
                <w:color w:val="000000"/>
                <w:sz w:val="16"/>
                <w:szCs w:val="16"/>
                <w:lang w:eastAsia="ja-JP"/>
              </w:rPr>
              <w:t>可能</w:t>
            </w:r>
            <w:r w:rsidRPr="008E4383">
              <w:rPr>
                <w:rFonts w:ascii="ヒラギノ角ゴ ProN W6" w:eastAsia="ヒラギノ角ゴ ProN W6" w:hAnsi="ヒラギノ角ゴ ProN W6" w:hint="eastAsia"/>
                <w:b/>
                <w:bCs/>
                <w:color w:val="000000"/>
                <w:sz w:val="24"/>
                <w:szCs w:val="24"/>
              </w:rPr>
              <w:br/>
            </w:r>
            <w:r w:rsidRPr="008E4383">
              <w:rPr>
                <w:rFonts w:ascii="ヒラギノ角ゴ ProN W6" w:eastAsia="ヒラギノ角ゴ ProN W6" w:hAnsi="ヒラギノ角ゴ ProN W6" w:cs="Times New Roman" w:hint="eastAsia"/>
                <w:b/>
                <w:bCs/>
                <w:color w:val="000000"/>
                <w:sz w:val="36"/>
                <w:szCs w:val="36"/>
                <w:lang w:eastAsia="ja-JP"/>
              </w:rPr>
              <w:t xml:space="preserve">□ </w:t>
            </w:r>
            <w:r w:rsidRPr="008E4383">
              <w:rPr>
                <w:rFonts w:ascii="ヒラギノ角ゴ ProN W6" w:eastAsia="ヒラギノ角ゴ ProN W6" w:hAnsi="ヒラギノ角ゴ ProN W6" w:cs="Cambria Math" w:hint="eastAsia"/>
                <w:b/>
                <w:bCs/>
                <w:color w:val="000000"/>
                <w:sz w:val="24"/>
                <w:szCs w:val="24"/>
              </w:rPr>
              <w:t>⑤</w:t>
            </w:r>
            <w:r w:rsidRPr="008E4383">
              <w:rPr>
                <w:rFonts w:ascii="ヒラギノ角ゴ ProN W6" w:eastAsia="ヒラギノ角ゴ ProN W6" w:hAnsi="ヒラギノ角ゴ ProN W6" w:cs="ＭＳ 明朝" w:hint="eastAsia"/>
                <w:b/>
                <w:bCs/>
                <w:color w:val="000000"/>
                <w:sz w:val="24"/>
                <w:szCs w:val="24"/>
              </w:rPr>
              <w:t xml:space="preserve">　 </w:t>
            </w:r>
            <w:r w:rsidRPr="008E4383">
              <w:rPr>
                <w:rFonts w:ascii="ヒラギノ角ゴ ProN W6" w:eastAsia="ヒラギノ角ゴ ProN W6" w:hAnsi="ヒラギノ角ゴ ProN W6" w:hint="eastAsia"/>
                <w:b/>
                <w:bCs/>
                <w:color w:val="000000"/>
                <w:sz w:val="24"/>
                <w:szCs w:val="24"/>
              </w:rPr>
              <w:t>50</w:t>
            </w:r>
            <w:r w:rsidRPr="008E4383">
              <w:rPr>
                <w:rFonts w:ascii="ヒラギノ角ゴ ProN W6" w:eastAsia="ヒラギノ角ゴ ProN W6" w:hAnsi="ヒラギノ角ゴ ProN W6" w:cs="ＭＳ 明朝" w:hint="eastAsia"/>
                <w:b/>
                <w:bCs/>
                <w:color w:val="000000"/>
                <w:sz w:val="24"/>
                <w:szCs w:val="24"/>
              </w:rPr>
              <w:t>万円</w:t>
            </w:r>
            <w:r w:rsidRPr="008E4383">
              <w:rPr>
                <w:rFonts w:ascii="ヒラギノ角ゴ ProN W6" w:eastAsia="ヒラギノ角ゴ ProN W6" w:hAnsi="ヒラギノ角ゴ ProN W6" w:hint="eastAsia"/>
                <w:b/>
                <w:bCs/>
                <w:color w:val="000000"/>
                <w:sz w:val="24"/>
                <w:szCs w:val="24"/>
              </w:rPr>
              <w:t>PLATINUM</w:t>
            </w:r>
            <w:r w:rsidRPr="008E4383">
              <w:rPr>
                <w:rFonts w:ascii="ヒラギノ角ゴ ProN W6" w:eastAsia="ヒラギノ角ゴ ProN W6" w:hAnsi="ヒラギノ角ゴ ProN W6" w:cs="ＭＳ 明朝" w:hint="eastAsia"/>
                <w:b/>
                <w:bCs/>
                <w:color w:val="000000"/>
                <w:sz w:val="24"/>
                <w:szCs w:val="24"/>
              </w:rPr>
              <w:t xml:space="preserve">　</w:t>
            </w:r>
            <w:proofErr w:type="spellStart"/>
            <w:r w:rsidRPr="008E4383">
              <w:rPr>
                <w:rFonts w:ascii="ヒラギノ角ゴ ProN W6" w:eastAsia="ヒラギノ角ゴ ProN W6" w:hAnsi="ヒラギノ角ゴ ProN W6" w:cs="ＭＳ 明朝" w:hint="eastAsia"/>
                <w:b/>
                <w:bCs/>
                <w:color w:val="000000"/>
                <w:sz w:val="16"/>
                <w:szCs w:val="16"/>
              </w:rPr>
              <w:t>メッセージ音楽花火</w:t>
            </w:r>
            <w:proofErr w:type="spellEnd"/>
            <w:r w:rsidRPr="008E4383">
              <w:rPr>
                <w:rFonts w:ascii="ヒラギノ角ゴ ProN W6" w:eastAsia="ヒラギノ角ゴ ProN W6" w:hAnsi="ヒラギノ角ゴ ProN W6" w:hint="eastAsia"/>
                <w:b/>
                <w:bCs/>
                <w:color w:val="000000"/>
                <w:sz w:val="16"/>
                <w:szCs w:val="16"/>
              </w:rPr>
              <w:t xml:space="preserve"> </w:t>
            </w:r>
            <w:r w:rsidRPr="008E4383">
              <w:rPr>
                <w:rFonts w:ascii="ヒラギノ角ゴ ProN W6" w:eastAsia="ヒラギノ角ゴ ProN W6" w:hAnsi="ヒラギノ角ゴ ProN W6" w:cs="ＭＳ 明朝" w:hint="eastAsia"/>
                <w:b/>
                <w:bCs/>
                <w:color w:val="000000"/>
                <w:sz w:val="16"/>
                <w:szCs w:val="16"/>
              </w:rPr>
              <w:t>約</w:t>
            </w:r>
            <w:r w:rsidRPr="008E4383">
              <w:rPr>
                <w:rFonts w:ascii="ヒラギノ角ゴ ProN W6" w:eastAsia="ヒラギノ角ゴ ProN W6" w:hAnsi="ヒラギノ角ゴ ProN W6" w:hint="eastAsia"/>
                <w:b/>
                <w:bCs/>
                <w:color w:val="000000"/>
                <w:sz w:val="16"/>
                <w:szCs w:val="16"/>
              </w:rPr>
              <w:t>1</w:t>
            </w:r>
            <w:r w:rsidRPr="008E4383">
              <w:rPr>
                <w:rFonts w:ascii="ヒラギノ角ゴ ProN W6" w:eastAsia="ヒラギノ角ゴ ProN W6" w:hAnsi="ヒラギノ角ゴ ProN W6" w:cs="ＭＳ 明朝" w:hint="eastAsia"/>
                <w:b/>
                <w:bCs/>
                <w:color w:val="000000"/>
                <w:sz w:val="16"/>
                <w:szCs w:val="16"/>
              </w:rPr>
              <w:t>分</w:t>
            </w:r>
            <w:r w:rsidR="008E4383">
              <w:rPr>
                <w:rFonts w:ascii="ヒラギノ角ゴ ProN W6" w:eastAsia="ヒラギノ角ゴ ProN W6" w:hAnsi="ヒラギノ角ゴ ProN W6" w:cs="ＭＳ 明朝"/>
                <w:b/>
                <w:bCs/>
                <w:color w:val="000000"/>
                <w:sz w:val="16"/>
                <w:szCs w:val="16"/>
              </w:rPr>
              <w:t xml:space="preserve"> /</w:t>
            </w:r>
            <w:r w:rsidRPr="008E4383">
              <w:rPr>
                <w:rFonts w:ascii="ヒラギノ角ゴ ProN W6" w:eastAsia="ヒラギノ角ゴ ProN W6" w:hAnsi="ヒラギノ角ゴ ProN W6" w:hint="eastAsia"/>
                <w:b/>
                <w:bCs/>
                <w:color w:val="000000"/>
                <w:sz w:val="16"/>
                <w:szCs w:val="16"/>
              </w:rPr>
              <w:t xml:space="preserve"> </w:t>
            </w:r>
            <w:r w:rsidRPr="008E4383">
              <w:rPr>
                <w:rFonts w:ascii="ヒラギノ角ゴ ProN W6" w:eastAsia="ヒラギノ角ゴ ProN W6" w:hAnsi="ヒラギノ角ゴ ProN W6" w:cs="ＭＳ 明朝" w:hint="eastAsia"/>
                <w:b/>
                <w:bCs/>
                <w:color w:val="000000"/>
                <w:sz w:val="16"/>
                <w:szCs w:val="16"/>
              </w:rPr>
              <w:t>出店</w:t>
            </w:r>
            <w:r w:rsidRPr="008E4383">
              <w:rPr>
                <w:rFonts w:ascii="ヒラギノ角ゴ ProN W6" w:eastAsia="ヒラギノ角ゴ ProN W6" w:hAnsi="ヒラギノ角ゴ ProN W6" w:hint="eastAsia"/>
                <w:b/>
                <w:bCs/>
                <w:color w:val="000000"/>
                <w:sz w:val="16"/>
                <w:szCs w:val="16"/>
              </w:rPr>
              <w:t>2</w:t>
            </w:r>
            <w:r w:rsidRPr="008E4383">
              <w:rPr>
                <w:rFonts w:ascii="ヒラギノ角ゴ ProN W6" w:eastAsia="ヒラギノ角ゴ ProN W6" w:hAnsi="ヒラギノ角ゴ ProN W6" w:cs="ＭＳ 明朝" w:hint="eastAsia"/>
                <w:b/>
                <w:bCs/>
                <w:color w:val="000000"/>
                <w:sz w:val="16"/>
                <w:szCs w:val="16"/>
              </w:rPr>
              <w:t>ブース</w:t>
            </w:r>
            <w:r w:rsidR="000E7D2C">
              <w:rPr>
                <w:rFonts w:ascii="ヒラギノ角ゴ ProN W6" w:eastAsia="ヒラギノ角ゴ ProN W6" w:hAnsi="ヒラギノ角ゴ ProN W6" w:cs="ＭＳ 明朝" w:hint="eastAsia"/>
                <w:b/>
                <w:bCs/>
                <w:color w:val="000000"/>
                <w:sz w:val="16"/>
                <w:szCs w:val="16"/>
                <w:lang w:eastAsia="ja-JP"/>
              </w:rPr>
              <w:t>可能</w:t>
            </w:r>
          </w:p>
        </w:tc>
      </w:tr>
      <w:tr w:rsidR="008E4383" w:rsidTr="007F050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Ex>
        <w:trPr>
          <w:trHeight w:val="226"/>
          <w:jc w:val="center"/>
        </w:trPr>
        <w:tc>
          <w:tcPr>
            <w:tcW w:w="1843" w:type="dxa"/>
            <w:vAlign w:val="center"/>
          </w:tcPr>
          <w:p w:rsidR="008E4383" w:rsidRPr="007F050E" w:rsidRDefault="008E4383" w:rsidP="007F050E">
            <w:pPr>
              <w:jc w:val="center"/>
              <w:rPr>
                <w:rFonts w:asciiTheme="majorEastAsia" w:eastAsiaTheme="majorEastAsia" w:hAnsiTheme="majorEastAsia"/>
                <w:sz w:val="24"/>
                <w:szCs w:val="24"/>
              </w:rPr>
            </w:pPr>
            <w:proofErr w:type="spellStart"/>
            <w:r w:rsidRPr="007F050E">
              <w:rPr>
                <w:rFonts w:asciiTheme="majorEastAsia" w:eastAsiaTheme="majorEastAsia" w:hAnsiTheme="majorEastAsia" w:cs="ＭＳ 明朝" w:hint="eastAsia"/>
                <w:sz w:val="24"/>
                <w:szCs w:val="24"/>
              </w:rPr>
              <w:t>出店ブース</w:t>
            </w:r>
            <w:proofErr w:type="spellEnd"/>
          </w:p>
        </w:tc>
        <w:tc>
          <w:tcPr>
            <w:tcW w:w="8480" w:type="dxa"/>
            <w:shd w:val="clear" w:color="auto" w:fill="auto"/>
          </w:tcPr>
          <w:p w:rsidR="008E4383" w:rsidRDefault="007F050E">
            <w:pPr>
              <w:rPr>
                <w:rFonts w:asciiTheme="majorEastAsia" w:eastAsiaTheme="majorEastAsia" w:hAnsiTheme="majorEastAsia"/>
                <w:bCs/>
                <w:color w:val="000000"/>
                <w:sz w:val="21"/>
                <w:szCs w:val="21"/>
                <w:lang w:eastAsia="ja-JP"/>
              </w:rPr>
            </w:pPr>
            <w:r w:rsidRPr="008E4383">
              <w:rPr>
                <w:rFonts w:ascii="ヒラギノ角ゴ ProN W6" w:eastAsia="ヒラギノ角ゴ ProN W6" w:hAnsi="ヒラギノ角ゴ ProN W6" w:cs="Times New Roman" w:hint="eastAsia"/>
                <w:b/>
                <w:bCs/>
                <w:color w:val="000000"/>
                <w:sz w:val="36"/>
                <w:szCs w:val="36"/>
                <w:lang w:eastAsia="ja-JP"/>
              </w:rPr>
              <w:t>□</w:t>
            </w:r>
            <w:r w:rsidR="008E4383" w:rsidRPr="008E4383">
              <w:rPr>
                <w:rFonts w:asciiTheme="majorEastAsia" w:eastAsiaTheme="majorEastAsia" w:hAnsiTheme="majorEastAsia"/>
                <w:color w:val="000000"/>
                <w:sz w:val="24"/>
                <w:szCs w:val="24"/>
                <w:lang w:eastAsia="ja-JP"/>
              </w:rPr>
              <w:t xml:space="preserve"> 利用する　　</w:t>
            </w:r>
            <w:r w:rsidRPr="008E4383">
              <w:rPr>
                <w:rFonts w:ascii="ヒラギノ角ゴ ProN W6" w:eastAsia="ヒラギノ角ゴ ProN W6" w:hAnsi="ヒラギノ角ゴ ProN W6" w:cs="Times New Roman" w:hint="eastAsia"/>
                <w:b/>
                <w:bCs/>
                <w:color w:val="000000"/>
                <w:sz w:val="36"/>
                <w:szCs w:val="36"/>
                <w:lang w:eastAsia="ja-JP"/>
              </w:rPr>
              <w:t>□</w:t>
            </w:r>
            <w:r>
              <w:rPr>
                <w:rFonts w:ascii="ヒラギノ角ゴ ProN W6" w:eastAsia="ヒラギノ角ゴ ProN W6" w:hAnsi="ヒラギノ角ゴ ProN W6" w:cs="Times New Roman"/>
                <w:b/>
                <w:bCs/>
                <w:color w:val="000000"/>
                <w:sz w:val="36"/>
                <w:szCs w:val="36"/>
                <w:lang w:eastAsia="ja-JP"/>
              </w:rPr>
              <w:t xml:space="preserve"> </w:t>
            </w:r>
            <w:r w:rsidR="008E4383" w:rsidRPr="008E4383">
              <w:rPr>
                <w:rFonts w:asciiTheme="majorEastAsia" w:eastAsiaTheme="majorEastAsia" w:hAnsiTheme="majorEastAsia"/>
                <w:color w:val="000000"/>
                <w:sz w:val="24"/>
                <w:szCs w:val="24"/>
                <w:lang w:eastAsia="ja-JP"/>
              </w:rPr>
              <w:t>利用しない</w:t>
            </w:r>
            <w:r w:rsidR="008E4383" w:rsidRPr="008E4383">
              <w:rPr>
                <w:rFonts w:asciiTheme="majorEastAsia" w:eastAsiaTheme="majorEastAsia" w:hAnsiTheme="majorEastAsia"/>
                <w:color w:val="000000"/>
                <w:sz w:val="16"/>
                <w:szCs w:val="16"/>
                <w:lang w:eastAsia="ja-JP"/>
              </w:rPr>
              <w:t xml:space="preserve">　　※GOLD以上のスポンサー様のみ</w:t>
            </w:r>
          </w:p>
        </w:tc>
      </w:tr>
    </w:tbl>
    <w:p w:rsidR="002F28EE" w:rsidRDefault="00000000" w:rsidP="000E7D2C">
      <w:pPr>
        <w:spacing w:after="40" w:line="259" w:lineRule="auto"/>
        <w:ind w:firstLineChars="400" w:firstLine="800"/>
        <w:rPr>
          <w:rFonts w:asciiTheme="majorEastAsia" w:eastAsiaTheme="majorEastAsia" w:hAnsiTheme="majorEastAsia"/>
          <w:bCs/>
          <w:color w:val="000000"/>
          <w:sz w:val="20"/>
          <w:szCs w:val="20"/>
          <w:lang w:eastAsia="ja-JP"/>
        </w:rPr>
      </w:pPr>
      <w:r w:rsidRPr="000E7D2C">
        <w:rPr>
          <w:rFonts w:asciiTheme="majorEastAsia" w:eastAsiaTheme="majorEastAsia" w:hAnsiTheme="majorEastAsia"/>
          <w:bCs/>
          <w:color w:val="000000"/>
          <w:sz w:val="20"/>
          <w:szCs w:val="20"/>
          <w:lang w:eastAsia="ja-JP"/>
        </w:rPr>
        <w:t>※GOLD以上のメッセージ内容および使用楽曲は、ご協賛決定後に実行委員会より改めて確認いたします。</w:t>
      </w:r>
    </w:p>
    <w:p w:rsidR="002F28EE" w:rsidRDefault="002F28EE" w:rsidP="000E7D2C">
      <w:pPr>
        <w:spacing w:after="40" w:line="259" w:lineRule="auto"/>
        <w:ind w:firstLineChars="400" w:firstLine="800"/>
        <w:rPr>
          <w:rFonts w:asciiTheme="majorEastAsia" w:eastAsiaTheme="majorEastAsia" w:hAnsiTheme="majorEastAsia"/>
          <w:bCs/>
          <w:color w:val="000000"/>
          <w:sz w:val="20"/>
          <w:szCs w:val="20"/>
          <w:lang w:eastAsia="ja-JP"/>
        </w:rPr>
      </w:pPr>
    </w:p>
    <w:p w:rsidR="00CF5213" w:rsidRPr="000E7D2C" w:rsidRDefault="002F28EE" w:rsidP="002F28EE">
      <w:pPr>
        <w:spacing w:after="40" w:line="259" w:lineRule="auto"/>
        <w:rPr>
          <w:rFonts w:asciiTheme="majorEastAsia" w:eastAsiaTheme="majorEastAsia" w:hAnsiTheme="majorEastAsia"/>
          <w:bCs/>
          <w:sz w:val="20"/>
          <w:szCs w:val="20"/>
          <w:lang w:eastAsia="ja-JP"/>
        </w:rPr>
      </w:pPr>
      <w:r>
        <w:rPr>
          <w:rFonts w:ascii="Apple Color Emoji" w:eastAsiaTheme="majorEastAsia" w:hAnsi="Apple Color Emoji" w:cs="Apple Color Emoji" w:hint="eastAsia"/>
          <w:color w:val="000000"/>
          <w:sz w:val="24"/>
          <w:szCs w:val="24"/>
          <w:lang w:eastAsia="ja-JP"/>
        </w:rPr>
        <w:t>◼</w:t>
      </w:r>
      <w:r>
        <w:rPr>
          <w:rFonts w:ascii="Apple Color Emoji" w:eastAsiaTheme="majorEastAsia" w:hAnsi="Apple Color Emoji" w:cs="Apple Color Emoji" w:hint="eastAsia"/>
          <w:color w:val="000000"/>
          <w:sz w:val="24"/>
          <w:szCs w:val="24"/>
          <w:lang w:eastAsia="ja-JP"/>
        </w:rPr>
        <w:t>︎</w:t>
      </w:r>
      <w:r w:rsidRPr="007F050E">
        <w:rPr>
          <w:rFonts w:asciiTheme="majorEastAsia" w:eastAsiaTheme="majorEastAsia" w:hAnsiTheme="majorEastAsia" w:hint="eastAsia"/>
          <w:color w:val="000000"/>
          <w:sz w:val="24"/>
          <w:szCs w:val="24"/>
          <w:lang w:eastAsia="ja-JP"/>
        </w:rPr>
        <w:t>お申し込み方法</w:t>
      </w:r>
    </w:p>
    <w:p w:rsidR="00CF5213" w:rsidRPr="007F050E" w:rsidRDefault="00000000" w:rsidP="007F050E">
      <w:pPr>
        <w:spacing w:after="40" w:line="259" w:lineRule="auto"/>
        <w:ind w:firstLineChars="100" w:firstLine="200"/>
        <w:rPr>
          <w:rFonts w:ascii="ヒラギノ角ゴ ProN W3" w:eastAsia="ヒラギノ角ゴ ProN W3" w:hAnsi="ヒラギノ角ゴ ProN W3"/>
          <w:sz w:val="20"/>
          <w:szCs w:val="20"/>
          <w:lang w:eastAsia="ja-JP"/>
        </w:rPr>
      </w:pPr>
      <w:r w:rsidRPr="007F050E">
        <w:rPr>
          <w:rFonts w:ascii="ヒラギノ角ゴ ProN W3" w:eastAsia="ヒラギノ角ゴ ProN W3" w:hAnsi="ヒラギノ角ゴ ProN W3" w:hint="eastAsia"/>
          <w:color w:val="000000"/>
          <w:sz w:val="20"/>
          <w:szCs w:val="20"/>
          <w:lang w:eastAsia="ja-JP"/>
        </w:rPr>
        <w:t>必要事項をご記入いただき、本紙をメール</w:t>
      </w:r>
      <w:r w:rsidR="00E654EA">
        <w:rPr>
          <w:rFonts w:ascii="ヒラギノ角ゴ ProN W3" w:eastAsia="ヒラギノ角ゴ ProN W3" w:hAnsi="ヒラギノ角ゴ ProN W3" w:hint="eastAsia"/>
          <w:color w:val="000000"/>
          <w:sz w:val="20"/>
          <w:szCs w:val="20"/>
          <w:lang w:eastAsia="ja-JP"/>
        </w:rPr>
        <w:t>、</w:t>
      </w:r>
      <w:r w:rsidR="00E654EA">
        <w:rPr>
          <w:rFonts w:ascii="ヒラギノ角ゴ ProN W3" w:eastAsia="ヒラギノ角ゴ ProN W3" w:hAnsi="ヒラギノ角ゴ ProN W3"/>
          <w:color w:val="000000"/>
          <w:sz w:val="20"/>
          <w:szCs w:val="20"/>
          <w:lang w:eastAsia="ja-JP"/>
        </w:rPr>
        <w:t>FAX</w:t>
      </w:r>
      <w:r w:rsidRPr="007F050E">
        <w:rPr>
          <w:rFonts w:ascii="ヒラギノ角ゴ ProN W3" w:eastAsia="ヒラギノ角ゴ ProN W3" w:hAnsi="ヒラギノ角ゴ ProN W3" w:hint="eastAsia"/>
          <w:color w:val="000000"/>
          <w:sz w:val="20"/>
          <w:szCs w:val="20"/>
          <w:lang w:eastAsia="ja-JP"/>
        </w:rPr>
        <w:t>または郵送でお送りください。ホームページからもお申し込みいただけます。</w:t>
      </w:r>
    </w:p>
    <w:p w:rsidR="00CF5213" w:rsidRPr="00E654EA" w:rsidRDefault="00000000">
      <w:pPr>
        <w:spacing w:after="40" w:line="259" w:lineRule="auto"/>
        <w:rPr>
          <w:rFonts w:ascii="ヒラギノ角ゴ ProN W3" w:eastAsia="ヒラギノ角ゴ ProN W3" w:hAnsi="ヒラギノ角ゴ ProN W3"/>
          <w:sz w:val="20"/>
          <w:szCs w:val="20"/>
          <w:lang w:eastAsia="ja-JP"/>
        </w:rPr>
      </w:pPr>
      <w:r w:rsidRPr="007F050E">
        <w:rPr>
          <w:rFonts w:ascii="ヒラギノ角ゴ ProN W3" w:eastAsia="ヒラギノ角ゴ ProN W3" w:hAnsi="ヒラギノ角ゴ ProN W3" w:hint="eastAsia"/>
          <w:b/>
          <w:bCs/>
          <w:color w:val="000000"/>
          <w:sz w:val="20"/>
          <w:szCs w:val="20"/>
          <w:lang w:eastAsia="ja-JP"/>
        </w:rPr>
        <w:t>E-mail</w:t>
      </w:r>
      <w:r w:rsidR="007F050E">
        <w:rPr>
          <w:rFonts w:ascii="ヒラギノ角ゴ ProN W3" w:eastAsia="ヒラギノ角ゴ ProN W3" w:hAnsi="ヒラギノ角ゴ ProN W3"/>
          <w:color w:val="000000"/>
          <w:sz w:val="20"/>
          <w:szCs w:val="20"/>
          <w:lang w:eastAsia="ja-JP"/>
        </w:rPr>
        <w:t xml:space="preserve"> </w:t>
      </w:r>
      <w:r w:rsidR="00E654EA">
        <w:rPr>
          <w:rFonts w:ascii="ヒラギノ角ゴ ProN W3" w:eastAsia="ヒラギノ角ゴ ProN W3" w:hAnsi="ヒラギノ角ゴ ProN W3"/>
          <w:sz w:val="20"/>
          <w:szCs w:val="20"/>
          <w:lang w:eastAsia="ja-JP"/>
        </w:rPr>
        <w:t>ka</w:t>
      </w:r>
      <w:r w:rsidR="00E654EA" w:rsidRPr="00E654EA">
        <w:rPr>
          <w:rFonts w:ascii="ヒラギノ角ゴ ProN W3" w:eastAsia="ヒラギノ角ゴ ProN W3" w:hAnsi="ヒラギノ角ゴ ProN W3"/>
          <w:sz w:val="20"/>
          <w:szCs w:val="20"/>
          <w:lang w:eastAsia="ja-JP"/>
        </w:rPr>
        <w:t>nkou@city.kure.lg.jp</w:t>
      </w:r>
      <w:r w:rsidR="007F050E">
        <w:rPr>
          <w:rFonts w:ascii="ヒラギノ角ゴ ProN W3" w:eastAsia="ヒラギノ角ゴ ProN W3" w:hAnsi="ヒラギノ角ゴ ProN W3"/>
          <w:color w:val="000000"/>
          <w:sz w:val="20"/>
          <w:szCs w:val="20"/>
          <w:lang w:eastAsia="ja-JP"/>
        </w:rPr>
        <w:t xml:space="preserve"> </w:t>
      </w:r>
      <w:r w:rsidRPr="007F050E">
        <w:rPr>
          <w:rFonts w:ascii="ヒラギノ角ゴ ProN W3" w:eastAsia="ヒラギノ角ゴ ProN W3" w:hAnsi="ヒラギノ角ゴ ProN W3" w:hint="eastAsia"/>
          <w:b/>
          <w:bCs/>
          <w:color w:val="000000"/>
          <w:sz w:val="20"/>
          <w:szCs w:val="20"/>
          <w:lang w:eastAsia="ja-JP"/>
        </w:rPr>
        <w:t>ホームページ</w:t>
      </w:r>
      <w:hyperlink r:id="rId6" w:history="1">
        <w:r w:rsidR="00447C0B" w:rsidRPr="0002768F">
          <w:rPr>
            <w:rStyle w:val="aff1"/>
            <w:rFonts w:ascii="ヒラギノ角ゴ ProN W3" w:eastAsia="ヒラギノ角ゴ ProN W3" w:hAnsi="ヒラギノ角ゴ ProN W3"/>
            <w:sz w:val="20"/>
            <w:szCs w:val="20"/>
            <w:lang w:eastAsia="ja-JP"/>
          </w:rPr>
          <w:t>https://kurehanabi.com</w:t>
        </w:r>
      </w:hyperlink>
      <w:r w:rsidR="00447C0B">
        <w:rPr>
          <w:rFonts w:ascii="ヒラギノ角ゴ ProN W3" w:eastAsia="ヒラギノ角ゴ ProN W3" w:hAnsi="ヒラギノ角ゴ ProN W3"/>
          <w:color w:val="000000"/>
          <w:sz w:val="20"/>
          <w:szCs w:val="20"/>
          <w:lang w:eastAsia="ja-JP"/>
        </w:rPr>
        <w:t xml:space="preserve"> </w:t>
      </w:r>
      <w:r w:rsidR="00E654EA">
        <w:rPr>
          <w:rFonts w:ascii="ヒラギノ角ゴ ProN W3" w:eastAsia="ヒラギノ角ゴ ProN W3" w:hAnsi="ヒラギノ角ゴ ProN W3"/>
          <w:b/>
          <w:bCs/>
          <w:color w:val="000000"/>
          <w:sz w:val="20"/>
          <w:szCs w:val="20"/>
          <w:lang w:eastAsia="ja-JP"/>
        </w:rPr>
        <w:t>FAX</w:t>
      </w:r>
      <w:r w:rsidR="00E654EA">
        <w:rPr>
          <w:rFonts w:ascii="ヒラギノ角ゴ ProN W3" w:eastAsia="ヒラギノ角ゴ ProN W3" w:hAnsi="ヒラギノ角ゴ ProN W3"/>
          <w:color w:val="000000"/>
          <w:sz w:val="20"/>
          <w:szCs w:val="20"/>
          <w:lang w:eastAsia="ja-JP"/>
        </w:rPr>
        <w:t xml:space="preserve">  0823-25-7592</w:t>
      </w:r>
    </w:p>
    <w:p w:rsidR="00CF5213" w:rsidRPr="007F050E" w:rsidRDefault="00000000">
      <w:pPr>
        <w:spacing w:after="40" w:line="259" w:lineRule="auto"/>
        <w:rPr>
          <w:rFonts w:ascii="ヒラギノ角ゴ ProN W3" w:eastAsia="ヒラギノ角ゴ ProN W3" w:hAnsi="ヒラギノ角ゴ ProN W3"/>
          <w:sz w:val="20"/>
          <w:szCs w:val="20"/>
          <w:lang w:eastAsia="ja-JP"/>
        </w:rPr>
      </w:pPr>
      <w:r w:rsidRPr="00E654EA">
        <w:rPr>
          <w:rFonts w:ascii="ヒラギノ角ゴ ProN W3" w:eastAsia="ヒラギノ角ゴ ProN W3" w:hAnsi="ヒラギノ角ゴ ProN W3" w:hint="eastAsia"/>
          <w:b/>
          <w:bCs/>
          <w:color w:val="000000"/>
          <w:sz w:val="20"/>
          <w:szCs w:val="20"/>
          <w:lang w:eastAsia="ja-JP"/>
        </w:rPr>
        <w:t>郵送</w:t>
      </w:r>
      <w:r w:rsidR="00E654EA">
        <w:rPr>
          <w:rFonts w:ascii="ヒラギノ角ゴ ProN W3" w:eastAsia="ヒラギノ角ゴ ProN W3" w:hAnsi="ヒラギノ角ゴ ProN W3"/>
          <w:color w:val="000000"/>
          <w:sz w:val="20"/>
          <w:szCs w:val="20"/>
          <w:lang w:eastAsia="ja-JP"/>
        </w:rPr>
        <w:t xml:space="preserve">  </w:t>
      </w:r>
      <w:r w:rsidR="00E654EA" w:rsidRPr="00E654EA">
        <w:rPr>
          <w:rFonts w:ascii="ヒラギノ角ゴ ProN W3" w:eastAsia="ヒラギノ角ゴ ProN W3" w:hAnsi="ヒラギノ角ゴ ProN W3" w:hint="eastAsia"/>
          <w:color w:val="000000"/>
          <w:sz w:val="20"/>
          <w:szCs w:val="20"/>
          <w:lang w:eastAsia="ja-JP"/>
        </w:rPr>
        <w:t>〒</w:t>
      </w:r>
      <w:r w:rsidR="00E654EA" w:rsidRPr="00E654EA">
        <w:rPr>
          <w:rFonts w:ascii="ヒラギノ角ゴ ProN W3" w:eastAsia="ヒラギノ角ゴ ProN W3" w:hAnsi="ヒラギノ角ゴ ProN W3"/>
          <w:color w:val="000000"/>
          <w:sz w:val="20"/>
          <w:szCs w:val="20"/>
          <w:lang w:eastAsia="ja-JP"/>
        </w:rPr>
        <w:t xml:space="preserve">737-8501 </w:t>
      </w:r>
      <w:r w:rsidR="00E654EA" w:rsidRPr="00E654EA">
        <w:rPr>
          <w:rFonts w:ascii="ヒラギノ角ゴ ProN W3" w:eastAsia="ヒラギノ角ゴ ProN W3" w:hAnsi="ヒラギノ角ゴ ProN W3" w:hint="eastAsia"/>
          <w:color w:val="000000"/>
          <w:sz w:val="20"/>
          <w:szCs w:val="20"/>
          <w:lang w:eastAsia="ja-JP"/>
        </w:rPr>
        <w:t>呉市中央</w:t>
      </w:r>
      <w:r w:rsidR="00E654EA">
        <w:rPr>
          <w:rFonts w:ascii="ヒラギノ角ゴ ProN W3" w:eastAsia="ヒラギノ角ゴ ProN W3" w:hAnsi="ヒラギノ角ゴ ProN W3"/>
          <w:color w:val="000000"/>
          <w:sz w:val="20"/>
          <w:szCs w:val="20"/>
          <w:lang w:eastAsia="ja-JP"/>
        </w:rPr>
        <w:t>4</w:t>
      </w:r>
      <w:r w:rsidR="00E654EA" w:rsidRPr="00E654EA">
        <w:rPr>
          <w:rFonts w:ascii="ヒラギノ角ゴ ProN W3" w:eastAsia="ヒラギノ角ゴ ProN W3" w:hAnsi="ヒラギノ角ゴ ProN W3" w:hint="eastAsia"/>
          <w:color w:val="000000"/>
          <w:sz w:val="20"/>
          <w:szCs w:val="20"/>
          <w:lang w:eastAsia="ja-JP"/>
        </w:rPr>
        <w:t>丁目</w:t>
      </w:r>
      <w:r w:rsidR="00E654EA">
        <w:rPr>
          <w:rFonts w:ascii="ヒラギノ角ゴ ProN W3" w:eastAsia="ヒラギノ角ゴ ProN W3" w:hAnsi="ヒラギノ角ゴ ProN W3"/>
          <w:color w:val="000000"/>
          <w:sz w:val="20"/>
          <w:szCs w:val="20"/>
          <w:lang w:eastAsia="ja-JP"/>
        </w:rPr>
        <w:t>1-6</w:t>
      </w:r>
      <w:r w:rsidR="00E654EA" w:rsidRPr="00E654EA">
        <w:rPr>
          <w:rFonts w:ascii="ヒラギノ角ゴ ProN W3" w:eastAsia="ヒラギノ角ゴ ProN W3" w:hAnsi="ヒラギノ角ゴ ProN W3" w:hint="eastAsia"/>
          <w:color w:val="000000"/>
          <w:sz w:val="20"/>
          <w:szCs w:val="20"/>
          <w:lang w:eastAsia="ja-JP"/>
        </w:rPr>
        <w:t>呉花火大会実行委員会事務局</w:t>
      </w:r>
      <w:r w:rsidR="00E654EA" w:rsidRPr="00E654EA">
        <w:rPr>
          <w:rFonts w:ascii="ヒラギノ角ゴ ProN W3" w:eastAsia="ヒラギノ角ゴ ProN W3" w:hAnsi="ヒラギノ角ゴ ProN W3"/>
          <w:color w:val="000000"/>
          <w:sz w:val="20"/>
          <w:szCs w:val="20"/>
          <w:lang w:eastAsia="ja-JP"/>
        </w:rPr>
        <w:t xml:space="preserve">  </w:t>
      </w:r>
    </w:p>
    <w:p w:rsidR="001A3395" w:rsidRPr="007F050E" w:rsidRDefault="00000000">
      <w:pPr>
        <w:spacing w:after="0" w:line="259" w:lineRule="auto"/>
        <w:rPr>
          <w:rFonts w:ascii="ヒラギノ角ゴ ProN W3" w:eastAsia="ヒラギノ角ゴ ProN W3" w:hAnsi="ヒラギノ角ゴ ProN W3"/>
          <w:color w:val="000000"/>
          <w:sz w:val="20"/>
          <w:szCs w:val="20"/>
          <w:lang w:eastAsia="ja-JP"/>
        </w:rPr>
      </w:pPr>
      <w:r w:rsidRPr="007F050E">
        <w:rPr>
          <w:rFonts w:ascii="ヒラギノ角ゴ ProN W3" w:eastAsia="ヒラギノ角ゴ ProN W3" w:hAnsi="ヒラギノ角ゴ ProN W3" w:hint="eastAsia"/>
          <w:color w:val="000000"/>
          <w:sz w:val="20"/>
          <w:szCs w:val="20"/>
          <w:lang w:eastAsia="ja-JP"/>
        </w:rPr>
        <w:t>お申し込み内容を確認後、実行委員会より協賛受付およびお支払い方法等をご案内いたします。</w:t>
      </w:r>
    </w:p>
    <w:sectPr w:rsidR="001A3395" w:rsidRPr="007F050E" w:rsidSect="00034616">
      <w:pgSz w:w="11906" w:h="16838"/>
      <w:pgMar w:top="567" w:right="794" w:bottom="567"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Noto Sans CJK JP">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ＭＳ Ｐゴシック">
    <w:altName w:val="MS PGothic"/>
    <w:panose1 w:val="020B0600070205080204"/>
    <w:charset w:val="80"/>
    <w:family w:val="swiss"/>
    <w:pitch w:val="variable"/>
    <w:sig w:usb0="E00002FF" w:usb1="6AC7FDFB" w:usb2="08000012" w:usb3="00000000" w:csb0="0002009F" w:csb1="00000000"/>
  </w:font>
  <w:font w:name="ヒラギノ角ゴ ProN W6">
    <w:altName w:val="Yu Gothic"/>
    <w:panose1 w:val="020B0600000000000000"/>
    <w:charset w:val="80"/>
    <w:family w:val="roman"/>
    <w:notTrueType/>
    <w:pitch w:val="default"/>
    <w:sig w:usb0="E00002FF" w:usb1="7AC7FFFF" w:usb2="00000012" w:usb3="00000000" w:csb0="0002000D" w:csb1="00000000"/>
  </w:font>
  <w:font w:name="ヒラギノ角ゴ ProN W3">
    <w:altName w:val="Yu Gothic"/>
    <w:panose1 w:val="020B0300000000000000"/>
    <w:charset w:val="80"/>
    <w:family w:val="roman"/>
    <w:notTrueType/>
    <w:pitch w:val="default"/>
    <w:sig w:usb0="E00002FF" w:usb1="7AC7FFFF" w:usb2="00000012" w:usb3="00000000" w:csb0="0002000D" w:csb1="00000000"/>
  </w:font>
  <w:font w:name="Apple Color Emoji">
    <w:panose1 w:val="00000000000000000000"/>
    <w:charset w:val="00"/>
    <w:family w:val="auto"/>
    <w:pitch w:val="variable"/>
    <w:sig w:usb0="00000003" w:usb1="18000000" w:usb2="14000000" w:usb3="00000000" w:csb0="00000001" w:csb1="00000000"/>
  </w:font>
  <w:font w:name="Helvetica Light">
    <w:altName w:val="HELVETICA LIGHT"/>
    <w:panose1 w:val="020B0403020202020204"/>
    <w:charset w:val="00"/>
    <w:family w:val="swiss"/>
    <w:pitch w:val="variable"/>
    <w:sig w:usb0="800000AF" w:usb1="4000204A"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40469140">
    <w:abstractNumId w:val="8"/>
  </w:num>
  <w:num w:numId="2" w16cid:durableId="2004704035">
    <w:abstractNumId w:val="6"/>
  </w:num>
  <w:num w:numId="3" w16cid:durableId="77287187">
    <w:abstractNumId w:val="5"/>
  </w:num>
  <w:num w:numId="4" w16cid:durableId="206456104">
    <w:abstractNumId w:val="4"/>
  </w:num>
  <w:num w:numId="5" w16cid:durableId="1531408002">
    <w:abstractNumId w:val="7"/>
  </w:num>
  <w:num w:numId="6" w16cid:durableId="1050497093">
    <w:abstractNumId w:val="3"/>
  </w:num>
  <w:num w:numId="7" w16cid:durableId="285739551">
    <w:abstractNumId w:val="2"/>
  </w:num>
  <w:num w:numId="8" w16cid:durableId="929854655">
    <w:abstractNumId w:val="1"/>
  </w:num>
  <w:num w:numId="9" w16cid:durableId="878400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7D2C"/>
    <w:rsid w:val="0015074B"/>
    <w:rsid w:val="001630D3"/>
    <w:rsid w:val="001A3395"/>
    <w:rsid w:val="0029639D"/>
    <w:rsid w:val="002F28EE"/>
    <w:rsid w:val="00326F90"/>
    <w:rsid w:val="00447C0B"/>
    <w:rsid w:val="004C3896"/>
    <w:rsid w:val="005D7013"/>
    <w:rsid w:val="0066761D"/>
    <w:rsid w:val="007F050E"/>
    <w:rsid w:val="008D09A5"/>
    <w:rsid w:val="008E4383"/>
    <w:rsid w:val="00984EBF"/>
    <w:rsid w:val="00A604C6"/>
    <w:rsid w:val="00AA1D8D"/>
    <w:rsid w:val="00B23E17"/>
    <w:rsid w:val="00B47730"/>
    <w:rsid w:val="00B64E4C"/>
    <w:rsid w:val="00C54F6E"/>
    <w:rsid w:val="00CB0664"/>
    <w:rsid w:val="00CE7366"/>
    <w:rsid w:val="00CF5213"/>
    <w:rsid w:val="00DB1B39"/>
    <w:rsid w:val="00E654EA"/>
    <w:rsid w:val="00ED7734"/>
    <w:rsid w:val="00F11B65"/>
    <w:rsid w:val="00F248AC"/>
    <w:rsid w:val="00FC13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efaultImageDpi w14:val="300"/>
  <w15:docId w15:val="{0F036D09-078D-FE46-8ECB-3B2AA28F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Noto Sans CJK JP" w:eastAsia="Noto Sans CJK JP" w:hAnsi="Noto Sans CJK JP"/>
      <w:sz w:val="17"/>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Note Heading"/>
    <w:basedOn w:val="a1"/>
    <w:next w:val="a1"/>
    <w:link w:val="aff0"/>
    <w:uiPriority w:val="99"/>
    <w:rsid w:val="001A3395"/>
    <w:pPr>
      <w:widowControl w:val="0"/>
      <w:spacing w:after="0" w:line="240" w:lineRule="auto"/>
      <w:jc w:val="center"/>
    </w:pPr>
    <w:rPr>
      <w:rFonts w:ascii="Century" w:eastAsia="ＭＳ 明朝" w:hAnsi="Century" w:cs="Times New Roman"/>
      <w:kern w:val="2"/>
      <w:sz w:val="21"/>
      <w:szCs w:val="21"/>
      <w:lang w:eastAsia="ja-JP"/>
    </w:rPr>
  </w:style>
  <w:style w:type="character" w:customStyle="1" w:styleId="aff0">
    <w:name w:val="記 (文字)"/>
    <w:basedOn w:val="a2"/>
    <w:link w:val="aff"/>
    <w:uiPriority w:val="99"/>
    <w:rsid w:val="001A3395"/>
    <w:rPr>
      <w:rFonts w:ascii="Century" w:eastAsia="ＭＳ 明朝" w:hAnsi="Century" w:cs="Times New Roman"/>
      <w:kern w:val="2"/>
      <w:sz w:val="21"/>
      <w:szCs w:val="21"/>
      <w:lang w:eastAsia="ja-JP"/>
    </w:rPr>
  </w:style>
  <w:style w:type="character" w:styleId="aff1">
    <w:name w:val="Hyperlink"/>
    <w:basedOn w:val="a2"/>
    <w:uiPriority w:val="99"/>
    <w:unhideWhenUsed/>
    <w:rsid w:val="007F050E"/>
    <w:rPr>
      <w:color w:val="0000FF" w:themeColor="hyperlink"/>
      <w:u w:val="single"/>
    </w:rPr>
  </w:style>
  <w:style w:type="character" w:styleId="aff2">
    <w:name w:val="Unresolved Mention"/>
    <w:basedOn w:val="a2"/>
    <w:uiPriority w:val="99"/>
    <w:semiHidden/>
    <w:unhideWhenUsed/>
    <w:rsid w:val="007F050E"/>
    <w:rPr>
      <w:color w:val="605E5C"/>
      <w:shd w:val="clear" w:color="auto" w:fill="E1DFDD"/>
    </w:rPr>
  </w:style>
  <w:style w:type="paragraph" w:customStyle="1" w:styleId="p1">
    <w:name w:val="p1"/>
    <w:basedOn w:val="a1"/>
    <w:rsid w:val="002F28EE"/>
    <w:pPr>
      <w:spacing w:after="0" w:line="240" w:lineRule="auto"/>
    </w:pPr>
    <w:rPr>
      <w:rFonts w:ascii="Helvetica" w:eastAsia="ＭＳ Ｐゴシック" w:hAnsi="Helvetica" w:cs="ＭＳ Ｐゴシック"/>
      <w:color w:val="000000"/>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80211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kurehanabi.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1883</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cp:lastPrinted>2026-10-03T13:26:00Z</cp:lastPrinted>
  <dcterms:created xsi:type="dcterms:W3CDTF">2026-10-03T13:27:00Z</dcterms:created>
  <dcterms:modified xsi:type="dcterms:W3CDTF">2026-10-03T13:27:00Z</dcterms:modified>
  <cp:category/>
</cp:coreProperties>
</file>